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B591D" w14:textId="77777777" w:rsidR="003E2A5F" w:rsidRPr="00633FDA" w:rsidRDefault="00901515" w:rsidP="00081477">
      <w:pPr>
        <w:pStyle w:val="Title"/>
        <w:pBdr>
          <w:bottom w:val="single" w:sz="8" w:space="4" w:color="C6BC89"/>
        </w:pBdr>
        <w:rPr>
          <w:color w:val="004E38"/>
        </w:rPr>
      </w:pPr>
      <w:r w:rsidRPr="00633FDA">
        <w:rPr>
          <w:color w:val="004E38"/>
        </w:rPr>
        <w:t>Early Career Faculty Development Grant</w:t>
      </w:r>
    </w:p>
    <w:p w14:paraId="437698E8" w14:textId="77777777" w:rsidR="003E2A5F" w:rsidRPr="00633FDA" w:rsidRDefault="00901515" w:rsidP="00081477">
      <w:pPr>
        <w:pStyle w:val="Subtitle"/>
        <w:pBdr>
          <w:bottom w:val="single" w:sz="18" w:space="1" w:color="C6BC89"/>
        </w:pBdr>
        <w:rPr>
          <w:color w:val="004E38"/>
        </w:rPr>
      </w:pPr>
      <w:r w:rsidRPr="00633FDA">
        <w:rPr>
          <w:color w:val="004E38"/>
        </w:rPr>
        <w:t>2026–27 Project Proposal Template</w:t>
      </w:r>
    </w:p>
    <w:p w14:paraId="37D4E149" w14:textId="77777777" w:rsidR="003E2A5F" w:rsidRDefault="00901515">
      <w:r w:rsidRPr="00633FDA">
        <w:rPr>
          <w:b/>
          <w:color w:val="004E38"/>
        </w:rPr>
        <w:t xml:space="preserve">Purpose. </w:t>
      </w:r>
      <w:r>
        <w:t>Use this template to prepare the substantive portion of your application. Complete the proposal in Word, save it as a PDF, and upload the PDF in Qualtrics along with your curriculum vitae and department chair letter of support.</w:t>
      </w:r>
    </w:p>
    <w:p w14:paraId="7CD381A9" w14:textId="099F2A18" w:rsidR="003E2A5F" w:rsidRDefault="00901515">
      <w:r w:rsidRPr="00633FDA">
        <w:rPr>
          <w:b/>
          <w:color w:val="004E38"/>
        </w:rPr>
        <w:t xml:space="preserve">Award structure. </w:t>
      </w:r>
      <w:r>
        <w:t>Selected recipients receive three units of Spring release time and up to $500 in professional development funding to support an approved project. Recipients are also required to present their grant-supported work at the Spring 2027 Faculty Symposium and submit a final report and one-page project poster</w:t>
      </w:r>
      <w:r w:rsidR="005C67D0">
        <w:t xml:space="preserve"> in PDF format by June 2027</w:t>
      </w:r>
      <w:r>
        <w:t>.</w:t>
      </w:r>
    </w:p>
    <w:p w14:paraId="59222FEC" w14:textId="77777777" w:rsidR="003E2A5F" w:rsidRPr="00633FDA" w:rsidRDefault="00901515">
      <w:pPr>
        <w:pStyle w:val="Heading1"/>
        <w:rPr>
          <w:color w:val="004E38"/>
        </w:rPr>
      </w:pPr>
      <w:r w:rsidRPr="00633FDA">
        <w:rPr>
          <w:color w:val="004E38"/>
        </w:rPr>
        <w:t>Applicant Information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840"/>
      </w:tblGrid>
      <w:tr w:rsidR="003E2A5F" w14:paraId="42C8B88C" w14:textId="77777777" w:rsidTr="00633FDA">
        <w:trPr>
          <w:cantSplit/>
          <w:jc w:val="center"/>
        </w:trPr>
        <w:tc>
          <w:tcPr>
            <w:tcW w:w="3096" w:type="dxa"/>
            <w:shd w:val="clear" w:color="auto" w:fill="DDFFF8"/>
            <w:tcMar>
              <w:top w:w="90" w:type="dxa"/>
              <w:left w:w="110" w:type="dxa"/>
              <w:bottom w:w="90" w:type="dxa"/>
              <w:right w:w="110" w:type="dxa"/>
            </w:tcMar>
            <w:vAlign w:val="center"/>
          </w:tcPr>
          <w:p w14:paraId="0F955092" w14:textId="77777777" w:rsidR="003E2A5F" w:rsidRDefault="00901515">
            <w:r w:rsidRPr="00633FDA">
              <w:rPr>
                <w:b/>
                <w:color w:val="004E38"/>
                <w:sz w:val="20"/>
              </w:rPr>
              <w:t>Applicant name</w:t>
            </w:r>
          </w:p>
        </w:tc>
        <w:tc>
          <w:tcPr>
            <w:tcW w:w="6840" w:type="dxa"/>
            <w:tcMar>
              <w:top w:w="90" w:type="dxa"/>
              <w:left w:w="110" w:type="dxa"/>
              <w:bottom w:w="90" w:type="dxa"/>
              <w:right w:w="110" w:type="dxa"/>
            </w:tcMar>
            <w:vAlign w:val="center"/>
          </w:tcPr>
          <w:p w14:paraId="6E40B0BA" w14:textId="77777777" w:rsidR="003E2A5F" w:rsidRDefault="00901515">
            <w:r>
              <w:rPr>
                <w:color w:val="4F5B66"/>
                <w:sz w:val="20"/>
              </w:rPr>
              <w:t>[Enter response]</w:t>
            </w:r>
          </w:p>
        </w:tc>
      </w:tr>
      <w:tr w:rsidR="003E2A5F" w14:paraId="7E7B457F" w14:textId="77777777" w:rsidTr="00633FDA">
        <w:trPr>
          <w:cantSplit/>
          <w:jc w:val="center"/>
        </w:trPr>
        <w:tc>
          <w:tcPr>
            <w:tcW w:w="3096" w:type="dxa"/>
            <w:shd w:val="clear" w:color="auto" w:fill="DDFFF8"/>
            <w:tcMar>
              <w:top w:w="90" w:type="dxa"/>
              <w:left w:w="110" w:type="dxa"/>
              <w:bottom w:w="90" w:type="dxa"/>
              <w:right w:w="110" w:type="dxa"/>
            </w:tcMar>
            <w:vAlign w:val="center"/>
          </w:tcPr>
          <w:p w14:paraId="295C98C5" w14:textId="77777777" w:rsidR="003E2A5F" w:rsidRDefault="00901515">
            <w:r w:rsidRPr="00633FDA">
              <w:rPr>
                <w:b/>
                <w:color w:val="004E38"/>
                <w:sz w:val="20"/>
              </w:rPr>
              <w:t>Department</w:t>
            </w:r>
          </w:p>
        </w:tc>
        <w:tc>
          <w:tcPr>
            <w:tcW w:w="6840" w:type="dxa"/>
            <w:tcMar>
              <w:top w:w="90" w:type="dxa"/>
              <w:left w:w="110" w:type="dxa"/>
              <w:bottom w:w="90" w:type="dxa"/>
              <w:right w:w="110" w:type="dxa"/>
            </w:tcMar>
            <w:vAlign w:val="center"/>
          </w:tcPr>
          <w:p w14:paraId="605D8319" w14:textId="77777777" w:rsidR="003E2A5F" w:rsidRDefault="00901515">
            <w:r>
              <w:rPr>
                <w:color w:val="4F5B66"/>
                <w:sz w:val="20"/>
              </w:rPr>
              <w:t>[Enter response]</w:t>
            </w:r>
          </w:p>
        </w:tc>
      </w:tr>
      <w:tr w:rsidR="003E2A5F" w14:paraId="51698559" w14:textId="77777777" w:rsidTr="00633FDA">
        <w:trPr>
          <w:cantSplit/>
          <w:jc w:val="center"/>
        </w:trPr>
        <w:tc>
          <w:tcPr>
            <w:tcW w:w="3096" w:type="dxa"/>
            <w:shd w:val="clear" w:color="auto" w:fill="DDFFF8"/>
            <w:tcMar>
              <w:top w:w="90" w:type="dxa"/>
              <w:left w:w="110" w:type="dxa"/>
              <w:bottom w:w="90" w:type="dxa"/>
              <w:right w:w="110" w:type="dxa"/>
            </w:tcMar>
            <w:vAlign w:val="center"/>
          </w:tcPr>
          <w:p w14:paraId="5A261D29" w14:textId="77777777" w:rsidR="003E2A5F" w:rsidRDefault="00901515">
            <w:r w:rsidRPr="00633FDA">
              <w:rPr>
                <w:b/>
                <w:color w:val="004E38"/>
                <w:sz w:val="20"/>
              </w:rPr>
              <w:t>College</w:t>
            </w:r>
          </w:p>
        </w:tc>
        <w:tc>
          <w:tcPr>
            <w:tcW w:w="6840" w:type="dxa"/>
            <w:tcMar>
              <w:top w:w="90" w:type="dxa"/>
              <w:left w:w="110" w:type="dxa"/>
              <w:bottom w:w="90" w:type="dxa"/>
              <w:right w:w="110" w:type="dxa"/>
            </w:tcMar>
            <w:vAlign w:val="center"/>
          </w:tcPr>
          <w:p w14:paraId="033989D6" w14:textId="77777777" w:rsidR="003E2A5F" w:rsidRDefault="00901515">
            <w:r>
              <w:rPr>
                <w:color w:val="4F5B66"/>
                <w:sz w:val="20"/>
              </w:rPr>
              <w:t>[Enter response]</w:t>
            </w:r>
          </w:p>
        </w:tc>
      </w:tr>
      <w:tr w:rsidR="003E2A5F" w14:paraId="1A72C9D0" w14:textId="77777777" w:rsidTr="00633FDA">
        <w:trPr>
          <w:cantSplit/>
          <w:jc w:val="center"/>
        </w:trPr>
        <w:tc>
          <w:tcPr>
            <w:tcW w:w="3096" w:type="dxa"/>
            <w:shd w:val="clear" w:color="auto" w:fill="DDFFF8"/>
            <w:tcMar>
              <w:top w:w="90" w:type="dxa"/>
              <w:left w:w="110" w:type="dxa"/>
              <w:bottom w:w="90" w:type="dxa"/>
              <w:right w:w="110" w:type="dxa"/>
            </w:tcMar>
            <w:vAlign w:val="center"/>
          </w:tcPr>
          <w:p w14:paraId="582D806C" w14:textId="77777777" w:rsidR="003E2A5F" w:rsidRDefault="00901515">
            <w:r w:rsidRPr="00633FDA">
              <w:rPr>
                <w:b/>
                <w:color w:val="004E38"/>
                <w:sz w:val="20"/>
              </w:rPr>
              <w:t>Faculty rank or appointment</w:t>
            </w:r>
          </w:p>
        </w:tc>
        <w:tc>
          <w:tcPr>
            <w:tcW w:w="6840" w:type="dxa"/>
            <w:tcMar>
              <w:top w:w="90" w:type="dxa"/>
              <w:left w:w="110" w:type="dxa"/>
              <w:bottom w:w="90" w:type="dxa"/>
              <w:right w:w="110" w:type="dxa"/>
            </w:tcMar>
            <w:vAlign w:val="center"/>
          </w:tcPr>
          <w:p w14:paraId="64A49EF3" w14:textId="77777777" w:rsidR="003E2A5F" w:rsidRDefault="00901515">
            <w:r>
              <w:rPr>
                <w:color w:val="4F5B66"/>
                <w:sz w:val="20"/>
              </w:rPr>
              <w:t>[Enter response]</w:t>
            </w:r>
          </w:p>
        </w:tc>
      </w:tr>
      <w:tr w:rsidR="003E2A5F" w14:paraId="012483F6" w14:textId="77777777" w:rsidTr="00633FDA">
        <w:trPr>
          <w:cantSplit/>
          <w:jc w:val="center"/>
        </w:trPr>
        <w:tc>
          <w:tcPr>
            <w:tcW w:w="3096" w:type="dxa"/>
            <w:shd w:val="clear" w:color="auto" w:fill="DDFFF8"/>
            <w:tcMar>
              <w:top w:w="90" w:type="dxa"/>
              <w:left w:w="110" w:type="dxa"/>
              <w:bottom w:w="90" w:type="dxa"/>
              <w:right w:w="110" w:type="dxa"/>
            </w:tcMar>
            <w:vAlign w:val="center"/>
          </w:tcPr>
          <w:p w14:paraId="40B4FBDE" w14:textId="77777777" w:rsidR="003E2A5F" w:rsidRDefault="00901515">
            <w:r w:rsidRPr="00633FDA">
              <w:rPr>
                <w:b/>
                <w:color w:val="004E38"/>
                <w:sz w:val="20"/>
              </w:rPr>
              <w:t>Project title</w:t>
            </w:r>
          </w:p>
        </w:tc>
        <w:tc>
          <w:tcPr>
            <w:tcW w:w="6840" w:type="dxa"/>
            <w:tcMar>
              <w:top w:w="90" w:type="dxa"/>
              <w:left w:w="110" w:type="dxa"/>
              <w:bottom w:w="90" w:type="dxa"/>
              <w:right w:w="110" w:type="dxa"/>
            </w:tcMar>
            <w:vAlign w:val="center"/>
          </w:tcPr>
          <w:p w14:paraId="7A2F3C2D" w14:textId="77777777" w:rsidR="003E2A5F" w:rsidRDefault="00901515">
            <w:r>
              <w:rPr>
                <w:color w:val="4F5B66"/>
                <w:sz w:val="20"/>
              </w:rPr>
              <w:t>[Enter response]</w:t>
            </w:r>
          </w:p>
        </w:tc>
      </w:tr>
    </w:tbl>
    <w:p w14:paraId="70E72059" w14:textId="77777777" w:rsidR="003E2A5F" w:rsidRPr="00633FDA" w:rsidRDefault="00901515">
      <w:pPr>
        <w:pStyle w:val="Heading2"/>
        <w:rPr>
          <w:color w:val="004E38"/>
        </w:rPr>
      </w:pPr>
      <w:r w:rsidRPr="00633FDA">
        <w:rPr>
          <w:color w:val="004E38"/>
        </w:rPr>
        <w:t>Preparation Instructions</w:t>
      </w:r>
    </w:p>
    <w:p w14:paraId="6DD0E812" w14:textId="77777777" w:rsidR="003E2A5F" w:rsidRDefault="00901515">
      <w:pPr>
        <w:ind w:left="259" w:hanging="259"/>
      </w:pPr>
      <w:r w:rsidRPr="00633FDA">
        <w:rPr>
          <w:color w:val="004E38"/>
        </w:rPr>
        <w:t>•</w:t>
      </w:r>
      <w:r>
        <w:rPr>
          <w:color w:val="2F75B5"/>
        </w:rPr>
        <w:t xml:space="preserve"> </w:t>
      </w:r>
      <w:r>
        <w:t>Replace each bracketed placeholder with your response. Do not delete section headings.</w:t>
      </w:r>
    </w:p>
    <w:p w14:paraId="0263FBF2" w14:textId="1ADB597F" w:rsidR="003E2A5F" w:rsidRDefault="00901515">
      <w:pPr>
        <w:ind w:left="259" w:hanging="259"/>
      </w:pPr>
      <w:r w:rsidRPr="00633FDA">
        <w:rPr>
          <w:color w:val="004E38"/>
        </w:rPr>
        <w:t>•</w:t>
      </w:r>
      <w:r>
        <w:rPr>
          <w:color w:val="2F75B5"/>
        </w:rPr>
        <w:t xml:space="preserve"> </w:t>
      </w:r>
      <w:r w:rsidR="005C67D0">
        <w:t xml:space="preserve">Use </w:t>
      </w:r>
      <w:r>
        <w:t>1-inch margins, 10.5–11-point font, and single spacing.</w:t>
      </w:r>
    </w:p>
    <w:p w14:paraId="50C51AB3" w14:textId="77777777" w:rsidR="003E2A5F" w:rsidRDefault="00901515">
      <w:pPr>
        <w:ind w:left="259" w:hanging="259"/>
      </w:pPr>
      <w:r w:rsidRPr="00633FDA">
        <w:rPr>
          <w:color w:val="004E38"/>
        </w:rPr>
        <w:t>•</w:t>
      </w:r>
      <w:r>
        <w:rPr>
          <w:color w:val="2F75B5"/>
        </w:rPr>
        <w:t xml:space="preserve"> </w:t>
      </w:r>
      <w:r>
        <w:t>Use the suggested word ranges as guidance. Write for a cross-disciplinary review committee and explain specialized terms when needed.</w:t>
      </w:r>
    </w:p>
    <w:p w14:paraId="349E302E" w14:textId="77777777" w:rsidR="003E2A5F" w:rsidRDefault="00901515">
      <w:pPr>
        <w:ind w:left="259" w:hanging="259"/>
      </w:pPr>
      <w:r w:rsidRPr="00633FDA">
        <w:rPr>
          <w:color w:val="004E38"/>
        </w:rPr>
        <w:t>•</w:t>
      </w:r>
      <w:r>
        <w:rPr>
          <w:color w:val="2F75B5"/>
        </w:rPr>
        <w:t xml:space="preserve"> </w:t>
      </w:r>
      <w:r>
        <w:t>Include the project timeline and budget tables in the completed proposal. The budget may not exceed $500.</w:t>
      </w:r>
    </w:p>
    <w:p w14:paraId="33AB1573" w14:textId="77777777" w:rsidR="003E2A5F" w:rsidRDefault="00901515">
      <w:pPr>
        <w:ind w:left="259" w:hanging="259"/>
      </w:pPr>
      <w:r w:rsidRPr="00633FDA">
        <w:rPr>
          <w:color w:val="004E38"/>
        </w:rPr>
        <w:t>•</w:t>
      </w:r>
      <w:r>
        <w:rPr>
          <w:color w:val="2F75B5"/>
        </w:rPr>
        <w:t xml:space="preserve"> </w:t>
      </w:r>
      <w:r>
        <w:t>Before uploading, remove instructional text and any bracketed placeholders, then export the completed proposal as a PDF.</w:t>
      </w:r>
    </w:p>
    <w:p w14:paraId="4562B438" w14:textId="77777777" w:rsidR="003E2A5F" w:rsidRDefault="00901515">
      <w:r>
        <w:br w:type="page"/>
      </w:r>
    </w:p>
    <w:p w14:paraId="76A8A135" w14:textId="77777777" w:rsidR="003E2A5F" w:rsidRPr="00633FDA" w:rsidRDefault="00901515">
      <w:pPr>
        <w:pStyle w:val="Heading1"/>
        <w:rPr>
          <w:color w:val="004E38"/>
        </w:rPr>
      </w:pPr>
      <w:r w:rsidRPr="00633FDA">
        <w:rPr>
          <w:color w:val="004E38"/>
        </w:rPr>
        <w:lastRenderedPageBreak/>
        <w:t>1  Project Overview and Objectives</w:t>
      </w:r>
    </w:p>
    <w:p w14:paraId="3E3D586E" w14:textId="5CBBAC8E" w:rsidR="003E2A5F" w:rsidRDefault="00901515">
      <w:pPr>
        <w:spacing w:after="160"/>
        <w:ind w:left="173" w:right="173"/>
      </w:pPr>
      <w:r>
        <w:rPr>
          <w:i/>
          <w:color w:val="4F5B66"/>
          <w:sz w:val="19"/>
        </w:rPr>
        <w:t xml:space="preserve">Recommended length: </w:t>
      </w:r>
      <w:r w:rsidR="00E06F45">
        <w:rPr>
          <w:i/>
          <w:color w:val="4F5B66"/>
          <w:sz w:val="19"/>
        </w:rPr>
        <w:t>25</w:t>
      </w:r>
      <w:r>
        <w:rPr>
          <w:i/>
          <w:color w:val="4F5B66"/>
          <w:sz w:val="19"/>
        </w:rPr>
        <w:t>0–400 words. Describe the proposed project or activity, its primary objectives, and the scholarly, creative, pedagogical, or professional question or need it addresses.</w:t>
      </w:r>
    </w:p>
    <w:p w14:paraId="52763646" w14:textId="77777777" w:rsidR="003E2A5F" w:rsidRDefault="00901515">
      <w:pPr>
        <w:pBdr>
          <w:bottom w:val="single" w:sz="4" w:space="1" w:color="B7C9D6"/>
        </w:pBdr>
        <w:spacing w:after="100"/>
      </w:pPr>
      <w:r>
        <w:t xml:space="preserve"> </w:t>
      </w:r>
    </w:p>
    <w:p w14:paraId="1C0CEBC1" w14:textId="77777777" w:rsidR="003E2A5F" w:rsidRDefault="00901515">
      <w:pPr>
        <w:pBdr>
          <w:bottom w:val="single" w:sz="4" w:space="1" w:color="B7C9D6"/>
        </w:pBdr>
        <w:spacing w:after="100"/>
      </w:pPr>
      <w:r>
        <w:t xml:space="preserve"> </w:t>
      </w:r>
    </w:p>
    <w:p w14:paraId="36BD1A2A" w14:textId="77777777" w:rsidR="003E2A5F" w:rsidRDefault="00901515">
      <w:pPr>
        <w:pBdr>
          <w:bottom w:val="single" w:sz="4" w:space="1" w:color="B7C9D6"/>
        </w:pBdr>
        <w:spacing w:after="100"/>
      </w:pPr>
      <w:r>
        <w:t xml:space="preserve"> </w:t>
      </w:r>
    </w:p>
    <w:p w14:paraId="0FA188F0" w14:textId="77777777" w:rsidR="003E2A5F" w:rsidRDefault="00901515">
      <w:pPr>
        <w:pBdr>
          <w:bottom w:val="single" w:sz="4" w:space="1" w:color="B7C9D6"/>
        </w:pBdr>
        <w:spacing w:after="100"/>
      </w:pPr>
      <w:r>
        <w:t xml:space="preserve"> </w:t>
      </w:r>
    </w:p>
    <w:p w14:paraId="430F2432" w14:textId="77777777" w:rsidR="003E2A5F" w:rsidRDefault="00901515">
      <w:pPr>
        <w:pBdr>
          <w:bottom w:val="single" w:sz="4" w:space="1" w:color="B7C9D6"/>
        </w:pBdr>
        <w:spacing w:after="100"/>
      </w:pPr>
      <w:r>
        <w:t xml:space="preserve"> </w:t>
      </w:r>
    </w:p>
    <w:p w14:paraId="36EC772B" w14:textId="77777777" w:rsidR="003E2A5F" w:rsidRDefault="00901515">
      <w:pPr>
        <w:pBdr>
          <w:bottom w:val="single" w:sz="4" w:space="1" w:color="B7C9D6"/>
        </w:pBdr>
        <w:spacing w:after="100"/>
      </w:pPr>
      <w:r>
        <w:t xml:space="preserve"> </w:t>
      </w:r>
    </w:p>
    <w:p w14:paraId="28A480C4" w14:textId="77777777" w:rsidR="003E2A5F" w:rsidRDefault="00901515">
      <w:pPr>
        <w:pBdr>
          <w:bottom w:val="single" w:sz="4" w:space="1" w:color="B7C9D6"/>
        </w:pBdr>
        <w:spacing w:after="100"/>
      </w:pPr>
      <w:r>
        <w:t xml:space="preserve"> </w:t>
      </w:r>
    </w:p>
    <w:p w14:paraId="49ECB85E" w14:textId="77777777" w:rsidR="003E2A5F" w:rsidRPr="00633FDA" w:rsidRDefault="00901515">
      <w:pPr>
        <w:pStyle w:val="Heading1"/>
        <w:rPr>
          <w:color w:val="004E38"/>
        </w:rPr>
      </w:pPr>
      <w:r w:rsidRPr="00633FDA">
        <w:rPr>
          <w:color w:val="004E38"/>
        </w:rPr>
        <w:t>2  Significance and Expected Outcomes</w:t>
      </w:r>
    </w:p>
    <w:p w14:paraId="1969CDD6" w14:textId="5B8289C8" w:rsidR="003E2A5F" w:rsidRDefault="00901515">
      <w:pPr>
        <w:spacing w:after="160"/>
        <w:ind w:left="173" w:right="173"/>
      </w:pPr>
      <w:r>
        <w:rPr>
          <w:i/>
          <w:color w:val="4F5B66"/>
          <w:sz w:val="19"/>
        </w:rPr>
        <w:t xml:space="preserve">Recommended length: </w:t>
      </w:r>
      <w:r w:rsidR="00E06F45">
        <w:rPr>
          <w:i/>
          <w:color w:val="4F5B66"/>
          <w:sz w:val="19"/>
        </w:rPr>
        <w:t>25</w:t>
      </w:r>
      <w:r>
        <w:rPr>
          <w:i/>
          <w:color w:val="4F5B66"/>
          <w:sz w:val="19"/>
        </w:rPr>
        <w:t>0–400 words. Explain the significance of the project and its contribution to your field, teaching practice, creative work, professional development, or another relevant area. Identify the specific outcomes you expect to accomplish during the grant period.</w:t>
      </w:r>
    </w:p>
    <w:p w14:paraId="0B0A3C80" w14:textId="77777777" w:rsidR="003E2A5F" w:rsidRDefault="00901515">
      <w:pPr>
        <w:pBdr>
          <w:bottom w:val="single" w:sz="4" w:space="1" w:color="B7C9D6"/>
        </w:pBdr>
        <w:spacing w:after="100"/>
      </w:pPr>
      <w:r>
        <w:t xml:space="preserve"> </w:t>
      </w:r>
    </w:p>
    <w:p w14:paraId="22BF9EFE" w14:textId="77777777" w:rsidR="003E2A5F" w:rsidRDefault="00901515">
      <w:pPr>
        <w:pBdr>
          <w:bottom w:val="single" w:sz="4" w:space="1" w:color="B7C9D6"/>
        </w:pBdr>
        <w:spacing w:after="100"/>
      </w:pPr>
      <w:r>
        <w:t xml:space="preserve"> </w:t>
      </w:r>
    </w:p>
    <w:p w14:paraId="2C433B5C" w14:textId="77777777" w:rsidR="003E2A5F" w:rsidRDefault="00901515">
      <w:pPr>
        <w:pBdr>
          <w:bottom w:val="single" w:sz="4" w:space="1" w:color="B7C9D6"/>
        </w:pBdr>
        <w:spacing w:after="100"/>
      </w:pPr>
      <w:r>
        <w:t xml:space="preserve"> </w:t>
      </w:r>
    </w:p>
    <w:p w14:paraId="2A48FE08" w14:textId="77777777" w:rsidR="003E2A5F" w:rsidRDefault="00901515">
      <w:pPr>
        <w:pBdr>
          <w:bottom w:val="single" w:sz="4" w:space="1" w:color="B7C9D6"/>
        </w:pBdr>
        <w:spacing w:after="100"/>
      </w:pPr>
      <w:r>
        <w:t xml:space="preserve"> </w:t>
      </w:r>
    </w:p>
    <w:p w14:paraId="4D4648EE" w14:textId="77777777" w:rsidR="003E2A5F" w:rsidRDefault="00901515">
      <w:pPr>
        <w:pBdr>
          <w:bottom w:val="single" w:sz="4" w:space="1" w:color="B7C9D6"/>
        </w:pBdr>
        <w:spacing w:after="100"/>
      </w:pPr>
      <w:r>
        <w:t xml:space="preserve"> </w:t>
      </w:r>
    </w:p>
    <w:p w14:paraId="1C68AC01" w14:textId="77777777" w:rsidR="003E2A5F" w:rsidRDefault="00901515">
      <w:pPr>
        <w:pBdr>
          <w:bottom w:val="single" w:sz="4" w:space="1" w:color="B7C9D6"/>
        </w:pBdr>
        <w:spacing w:after="100"/>
      </w:pPr>
      <w:r>
        <w:t xml:space="preserve"> </w:t>
      </w:r>
    </w:p>
    <w:p w14:paraId="769B5829" w14:textId="77777777" w:rsidR="003E2A5F" w:rsidRDefault="00901515">
      <w:pPr>
        <w:pBdr>
          <w:bottom w:val="single" w:sz="4" w:space="1" w:color="B7C9D6"/>
        </w:pBdr>
        <w:spacing w:after="100"/>
      </w:pPr>
      <w:r>
        <w:t xml:space="preserve"> </w:t>
      </w:r>
    </w:p>
    <w:p w14:paraId="409206C5" w14:textId="77777777" w:rsidR="003E2A5F" w:rsidRPr="00633FDA" w:rsidRDefault="00901515">
      <w:pPr>
        <w:pStyle w:val="Heading1"/>
        <w:rPr>
          <w:color w:val="004E38"/>
        </w:rPr>
      </w:pPr>
      <w:r w:rsidRPr="00633FDA">
        <w:rPr>
          <w:color w:val="004E38"/>
        </w:rPr>
        <w:t>3  Project Approach</w:t>
      </w:r>
    </w:p>
    <w:p w14:paraId="3D1A805E" w14:textId="5211DAB2" w:rsidR="003E2A5F" w:rsidRDefault="00901515">
      <w:pPr>
        <w:spacing w:after="160"/>
        <w:ind w:left="173" w:right="173"/>
      </w:pPr>
      <w:r>
        <w:rPr>
          <w:i/>
          <w:color w:val="4F5B66"/>
          <w:sz w:val="19"/>
        </w:rPr>
        <w:t xml:space="preserve">Recommended length: </w:t>
      </w:r>
      <w:r w:rsidR="00E06F45">
        <w:rPr>
          <w:i/>
          <w:color w:val="4F5B66"/>
          <w:sz w:val="19"/>
        </w:rPr>
        <w:t>25</w:t>
      </w:r>
      <w:r>
        <w:rPr>
          <w:i/>
          <w:color w:val="4F5B66"/>
          <w:sz w:val="19"/>
        </w:rPr>
        <w:t xml:space="preserve">0–400 words. Describe the activities, methods, creative processes, pedagogical approaches, or other strategies you will use to complete the project. </w:t>
      </w:r>
      <w:r w:rsidR="00E06F45">
        <w:rPr>
          <w:i/>
          <w:color w:val="4F5B66"/>
          <w:sz w:val="19"/>
        </w:rPr>
        <w:t>I</w:t>
      </w:r>
      <w:r>
        <w:rPr>
          <w:i/>
          <w:color w:val="4F5B66"/>
          <w:sz w:val="19"/>
        </w:rPr>
        <w:t>dentify a</w:t>
      </w:r>
      <w:r w:rsidR="00E06F45">
        <w:rPr>
          <w:i/>
          <w:color w:val="4F5B66"/>
          <w:sz w:val="19"/>
        </w:rPr>
        <w:t xml:space="preserve"> senior</w:t>
      </w:r>
      <w:r>
        <w:rPr>
          <w:i/>
          <w:color w:val="4F5B66"/>
          <w:sz w:val="19"/>
        </w:rPr>
        <w:t xml:space="preserve"> faculty mentor who will provide consultation or guidance.</w:t>
      </w:r>
    </w:p>
    <w:p w14:paraId="3CBB76F5" w14:textId="77777777" w:rsidR="003E2A5F" w:rsidRDefault="00901515">
      <w:pPr>
        <w:pBdr>
          <w:bottom w:val="single" w:sz="4" w:space="1" w:color="B7C9D6"/>
        </w:pBdr>
        <w:spacing w:after="100"/>
      </w:pPr>
      <w:r>
        <w:t xml:space="preserve"> </w:t>
      </w:r>
    </w:p>
    <w:p w14:paraId="7ECF628D" w14:textId="77777777" w:rsidR="003E2A5F" w:rsidRDefault="00901515">
      <w:pPr>
        <w:pBdr>
          <w:bottom w:val="single" w:sz="4" w:space="1" w:color="B7C9D6"/>
        </w:pBdr>
        <w:spacing w:after="100"/>
      </w:pPr>
      <w:r>
        <w:t xml:space="preserve"> </w:t>
      </w:r>
    </w:p>
    <w:p w14:paraId="7504BB59" w14:textId="77777777" w:rsidR="003E2A5F" w:rsidRDefault="00901515">
      <w:pPr>
        <w:pBdr>
          <w:bottom w:val="single" w:sz="4" w:space="1" w:color="B7C9D6"/>
        </w:pBdr>
        <w:spacing w:after="100"/>
      </w:pPr>
      <w:r>
        <w:t xml:space="preserve"> </w:t>
      </w:r>
    </w:p>
    <w:p w14:paraId="5194368C" w14:textId="77777777" w:rsidR="003E2A5F" w:rsidRDefault="00901515">
      <w:pPr>
        <w:pBdr>
          <w:bottom w:val="single" w:sz="4" w:space="1" w:color="B7C9D6"/>
        </w:pBdr>
        <w:spacing w:after="100"/>
      </w:pPr>
      <w:r>
        <w:t xml:space="preserve"> </w:t>
      </w:r>
    </w:p>
    <w:p w14:paraId="3DFD8462" w14:textId="77777777" w:rsidR="003E2A5F" w:rsidRDefault="00901515">
      <w:pPr>
        <w:pBdr>
          <w:bottom w:val="single" w:sz="4" w:space="1" w:color="B7C9D6"/>
        </w:pBdr>
        <w:spacing w:after="100"/>
      </w:pPr>
      <w:r>
        <w:t xml:space="preserve"> </w:t>
      </w:r>
    </w:p>
    <w:p w14:paraId="41CC702E" w14:textId="77777777" w:rsidR="003E2A5F" w:rsidRDefault="00901515">
      <w:pPr>
        <w:pBdr>
          <w:bottom w:val="single" w:sz="4" w:space="1" w:color="B7C9D6"/>
        </w:pBdr>
        <w:spacing w:after="100"/>
      </w:pPr>
      <w:r>
        <w:t xml:space="preserve"> </w:t>
      </w:r>
    </w:p>
    <w:p w14:paraId="5AF8609D" w14:textId="77777777" w:rsidR="003E2A5F" w:rsidRDefault="00901515">
      <w:pPr>
        <w:pBdr>
          <w:bottom w:val="single" w:sz="4" w:space="1" w:color="B7C9D6"/>
        </w:pBdr>
        <w:spacing w:after="100"/>
      </w:pPr>
      <w:r>
        <w:t xml:space="preserve"> </w:t>
      </w:r>
    </w:p>
    <w:p w14:paraId="059F40F4" w14:textId="77777777" w:rsidR="003E2A5F" w:rsidRDefault="00901515">
      <w:r>
        <w:br w:type="page"/>
      </w:r>
    </w:p>
    <w:p w14:paraId="498B82EB" w14:textId="77777777" w:rsidR="003E2A5F" w:rsidRPr="00633FDA" w:rsidRDefault="00901515">
      <w:pPr>
        <w:pStyle w:val="Heading1"/>
        <w:rPr>
          <w:color w:val="004E38"/>
        </w:rPr>
      </w:pPr>
      <w:r w:rsidRPr="00633FDA">
        <w:rPr>
          <w:color w:val="004E38"/>
        </w:rPr>
        <w:lastRenderedPageBreak/>
        <w:t>4  Impact</w:t>
      </w:r>
    </w:p>
    <w:p w14:paraId="082A46A5" w14:textId="70C54ABF" w:rsidR="003E2A5F" w:rsidRDefault="00901515">
      <w:pPr>
        <w:spacing w:after="160"/>
        <w:ind w:left="173" w:right="173"/>
      </w:pPr>
      <w:r>
        <w:rPr>
          <w:i/>
          <w:color w:val="4F5B66"/>
          <w:sz w:val="19"/>
        </w:rPr>
        <w:t>Recommended length: 250–</w:t>
      </w:r>
      <w:r w:rsidR="00E06F45">
        <w:rPr>
          <w:i/>
          <w:color w:val="4F5B66"/>
          <w:sz w:val="19"/>
        </w:rPr>
        <w:t>40</w:t>
      </w:r>
      <w:r>
        <w:rPr>
          <w:i/>
          <w:color w:val="4F5B66"/>
          <w:sz w:val="19"/>
        </w:rPr>
        <w:t>0 words. Describe the anticipated benefit of the project to Sacramento State students and/or student learning; your professional development; and your department, college, discipline, or Sacramento State, as applicable. If applicable, describe how the project contributes to inclusive excellence, educational access, equitable student success, or engagement with diverse communities.</w:t>
      </w:r>
    </w:p>
    <w:p w14:paraId="58E4D02D" w14:textId="77777777" w:rsidR="003E2A5F" w:rsidRDefault="00901515">
      <w:pPr>
        <w:pBdr>
          <w:bottom w:val="single" w:sz="4" w:space="1" w:color="B7C9D6"/>
        </w:pBdr>
        <w:spacing w:after="100"/>
      </w:pPr>
      <w:r>
        <w:t xml:space="preserve"> </w:t>
      </w:r>
    </w:p>
    <w:p w14:paraId="5D133CF1" w14:textId="77777777" w:rsidR="003E2A5F" w:rsidRDefault="00901515">
      <w:pPr>
        <w:pBdr>
          <w:bottom w:val="single" w:sz="4" w:space="1" w:color="B7C9D6"/>
        </w:pBdr>
        <w:spacing w:after="100"/>
      </w:pPr>
      <w:r>
        <w:t xml:space="preserve"> </w:t>
      </w:r>
    </w:p>
    <w:p w14:paraId="4615C749" w14:textId="77777777" w:rsidR="003E2A5F" w:rsidRDefault="00901515">
      <w:pPr>
        <w:pBdr>
          <w:bottom w:val="single" w:sz="4" w:space="1" w:color="B7C9D6"/>
        </w:pBdr>
        <w:spacing w:after="100"/>
      </w:pPr>
      <w:r>
        <w:t xml:space="preserve"> </w:t>
      </w:r>
    </w:p>
    <w:p w14:paraId="4C8B1E46" w14:textId="77777777" w:rsidR="003E2A5F" w:rsidRDefault="00901515">
      <w:pPr>
        <w:pBdr>
          <w:bottom w:val="single" w:sz="4" w:space="1" w:color="B7C9D6"/>
        </w:pBdr>
        <w:spacing w:after="100"/>
      </w:pPr>
      <w:r>
        <w:t xml:space="preserve"> </w:t>
      </w:r>
    </w:p>
    <w:p w14:paraId="10154CB5" w14:textId="77777777" w:rsidR="003E2A5F" w:rsidRDefault="00901515">
      <w:pPr>
        <w:pBdr>
          <w:bottom w:val="single" w:sz="4" w:space="1" w:color="B7C9D6"/>
        </w:pBdr>
        <w:spacing w:after="100"/>
      </w:pPr>
      <w:r>
        <w:t xml:space="preserve"> </w:t>
      </w:r>
    </w:p>
    <w:p w14:paraId="1C2C771A" w14:textId="77777777" w:rsidR="003E2A5F" w:rsidRDefault="00901515">
      <w:pPr>
        <w:pBdr>
          <w:bottom w:val="single" w:sz="4" w:space="1" w:color="B7C9D6"/>
        </w:pBdr>
        <w:spacing w:after="100"/>
      </w:pPr>
      <w:r>
        <w:t xml:space="preserve"> </w:t>
      </w:r>
    </w:p>
    <w:p w14:paraId="70E1CE86" w14:textId="77777777" w:rsidR="003E2A5F" w:rsidRDefault="00901515">
      <w:pPr>
        <w:pBdr>
          <w:bottom w:val="single" w:sz="4" w:space="1" w:color="B7C9D6"/>
        </w:pBdr>
        <w:spacing w:after="100"/>
      </w:pPr>
      <w:r>
        <w:t xml:space="preserve"> </w:t>
      </w:r>
    </w:p>
    <w:p w14:paraId="21BCDFB8" w14:textId="77777777" w:rsidR="003E2A5F" w:rsidRPr="00633FDA" w:rsidRDefault="00901515">
      <w:pPr>
        <w:pStyle w:val="Heading1"/>
        <w:rPr>
          <w:color w:val="004E38"/>
        </w:rPr>
      </w:pPr>
      <w:r w:rsidRPr="00633FDA">
        <w:rPr>
          <w:color w:val="004E38"/>
        </w:rPr>
        <w:t>5  Dissemination</w:t>
      </w:r>
    </w:p>
    <w:p w14:paraId="65DF6531" w14:textId="353E3B2B" w:rsidR="003E2A5F" w:rsidRDefault="00901515">
      <w:pPr>
        <w:spacing w:after="160"/>
        <w:ind w:left="173" w:right="173"/>
      </w:pPr>
      <w:r>
        <w:rPr>
          <w:i/>
          <w:color w:val="4F5B66"/>
          <w:sz w:val="19"/>
        </w:rPr>
        <w:t xml:space="preserve">Recommended length: </w:t>
      </w:r>
      <w:r w:rsidR="00E06F45">
        <w:rPr>
          <w:i/>
          <w:color w:val="4F5B66"/>
          <w:sz w:val="19"/>
        </w:rPr>
        <w:t>20</w:t>
      </w:r>
      <w:r>
        <w:rPr>
          <w:i/>
          <w:color w:val="4F5B66"/>
          <w:sz w:val="19"/>
        </w:rPr>
        <w:t>0–</w:t>
      </w:r>
      <w:r w:rsidR="00E06F45">
        <w:rPr>
          <w:i/>
          <w:color w:val="4F5B66"/>
          <w:sz w:val="19"/>
        </w:rPr>
        <w:t>30</w:t>
      </w:r>
      <w:r>
        <w:rPr>
          <w:i/>
          <w:color w:val="4F5B66"/>
          <w:sz w:val="19"/>
        </w:rPr>
        <w:t>0 words. Describe how you expect to share or build upon the work supported by the grant. Examples may include publication, presentation, exhibition, curriculum implementation, external funding proposals, professional presentations, or community engagement.</w:t>
      </w:r>
    </w:p>
    <w:p w14:paraId="4639F05A" w14:textId="77777777" w:rsidR="003E2A5F" w:rsidRDefault="00901515">
      <w:pPr>
        <w:pBdr>
          <w:bottom w:val="single" w:sz="4" w:space="1" w:color="B7C9D6"/>
        </w:pBdr>
        <w:spacing w:after="100"/>
      </w:pPr>
      <w:r>
        <w:t xml:space="preserve"> </w:t>
      </w:r>
    </w:p>
    <w:p w14:paraId="37C68796" w14:textId="77777777" w:rsidR="003E2A5F" w:rsidRDefault="00901515">
      <w:pPr>
        <w:pBdr>
          <w:bottom w:val="single" w:sz="4" w:space="1" w:color="B7C9D6"/>
        </w:pBdr>
        <w:spacing w:after="100"/>
      </w:pPr>
      <w:r>
        <w:t xml:space="preserve"> </w:t>
      </w:r>
    </w:p>
    <w:p w14:paraId="564C45A1" w14:textId="77777777" w:rsidR="003E2A5F" w:rsidRDefault="00901515">
      <w:pPr>
        <w:pBdr>
          <w:bottom w:val="single" w:sz="4" w:space="1" w:color="B7C9D6"/>
        </w:pBdr>
        <w:spacing w:after="100"/>
      </w:pPr>
      <w:r>
        <w:t xml:space="preserve"> </w:t>
      </w:r>
    </w:p>
    <w:p w14:paraId="47181DE9" w14:textId="77777777" w:rsidR="003E2A5F" w:rsidRDefault="00901515">
      <w:pPr>
        <w:pBdr>
          <w:bottom w:val="single" w:sz="4" w:space="1" w:color="B7C9D6"/>
        </w:pBdr>
        <w:spacing w:after="100"/>
      </w:pPr>
      <w:r>
        <w:t xml:space="preserve"> </w:t>
      </w:r>
    </w:p>
    <w:p w14:paraId="0340471E" w14:textId="77777777" w:rsidR="003E2A5F" w:rsidRDefault="00901515">
      <w:pPr>
        <w:pBdr>
          <w:bottom w:val="single" w:sz="4" w:space="1" w:color="B7C9D6"/>
        </w:pBdr>
        <w:spacing w:after="100"/>
      </w:pPr>
      <w:r>
        <w:t xml:space="preserve"> </w:t>
      </w:r>
    </w:p>
    <w:p w14:paraId="53F50AB6" w14:textId="77777777" w:rsidR="003E2A5F" w:rsidRPr="00633FDA" w:rsidRDefault="00901515">
      <w:pPr>
        <w:pStyle w:val="Heading2"/>
        <w:rPr>
          <w:color w:val="004E38"/>
        </w:rPr>
      </w:pPr>
      <w:r w:rsidRPr="00633FDA">
        <w:rPr>
          <w:color w:val="004E38"/>
        </w:rPr>
        <w:t>Spring 2027 Faculty Symposium</w:t>
      </w:r>
    </w:p>
    <w:p w14:paraId="7AA8C687" w14:textId="77777777" w:rsidR="003E2A5F" w:rsidRDefault="00901515">
      <w:pPr>
        <w:spacing w:after="160"/>
        <w:ind w:left="173" w:right="173"/>
      </w:pPr>
      <w:r>
        <w:rPr>
          <w:i/>
          <w:color w:val="4F5B66"/>
          <w:sz w:val="19"/>
        </w:rPr>
        <w:t>All recipients are required to participate in and present at the Spring 2027 Faculty Symposium, anticipated for late March or early April 2027. Projects may still be underway, so presentations may address progress, preliminary findings, emerging outcomes, creative work, pedagogical developments, or other appropriate aspects of the project.</w:t>
      </w:r>
    </w:p>
    <w:p w14:paraId="37D514CA" w14:textId="387AF2D0" w:rsidR="003E2A5F" w:rsidRDefault="00901515">
      <w:r>
        <w:rPr>
          <w:b/>
        </w:rPr>
        <w:t xml:space="preserve">Applicant acknowledgment: </w:t>
      </w:r>
      <w:r>
        <w:t xml:space="preserve">I understand and agree to this presentation requirement if selected for the grant.  </w:t>
      </w:r>
      <w:sdt>
        <w:sdtPr>
          <w:id w:val="-1190755922"/>
          <w14:checkbox>
            <w14:checked w14:val="0"/>
            <w14:checkedState w14:val="2612" w14:font="MS Gothic"/>
            <w14:uncheckedState w14:val="2610" w14:font="MS Gothic"/>
          </w14:checkbox>
        </w:sdtPr>
        <w:sdtContent>
          <w:r w:rsidR="00AB1A5C">
            <w:rPr>
              <w:rFonts w:ascii="MS Gothic" w:eastAsia="MS Gothic" w:hAnsi="MS Gothic" w:hint="eastAsia"/>
            </w:rPr>
            <w:t>☐</w:t>
          </w:r>
        </w:sdtContent>
      </w:sdt>
    </w:p>
    <w:p w14:paraId="048B6B05" w14:textId="77777777" w:rsidR="003E2A5F" w:rsidRDefault="00901515">
      <w:r>
        <w:br w:type="page"/>
      </w:r>
    </w:p>
    <w:p w14:paraId="739545ED" w14:textId="77777777" w:rsidR="003E2A5F" w:rsidRPr="00633FDA" w:rsidRDefault="00901515">
      <w:pPr>
        <w:pStyle w:val="Heading1"/>
        <w:rPr>
          <w:color w:val="004E38"/>
        </w:rPr>
      </w:pPr>
      <w:r w:rsidRPr="00633FDA">
        <w:rPr>
          <w:color w:val="004E38"/>
        </w:rPr>
        <w:lastRenderedPageBreak/>
        <w:t>6  Project Timeline</w:t>
      </w:r>
    </w:p>
    <w:p w14:paraId="40A88E42" w14:textId="77777777" w:rsidR="003E2A5F" w:rsidRDefault="00901515">
      <w:pPr>
        <w:spacing w:after="160"/>
        <w:ind w:left="173" w:right="173"/>
      </w:pPr>
      <w:r>
        <w:rPr>
          <w:i/>
          <w:color w:val="4F5B66"/>
          <w:sz w:val="19"/>
        </w:rPr>
        <w:t>List the major activities and milestones you anticipate completing during the Spring grant period. Include time for preparation, implementation, analysis or development, and dissemination as appropriate.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960"/>
        <w:gridCol w:w="2232"/>
        <w:gridCol w:w="3744"/>
      </w:tblGrid>
      <w:tr w:rsidR="003E2A5F" w14:paraId="5A656927" w14:textId="77777777" w:rsidTr="00633FDA">
        <w:trPr>
          <w:tblHeader/>
          <w:jc w:val="center"/>
        </w:trPr>
        <w:tc>
          <w:tcPr>
            <w:tcW w:w="3960" w:type="dxa"/>
            <w:shd w:val="clear" w:color="auto" w:fill="008064"/>
            <w:tcMar>
              <w:top w:w="90" w:type="dxa"/>
              <w:left w:w="110" w:type="dxa"/>
              <w:bottom w:w="90" w:type="dxa"/>
              <w:right w:w="110" w:type="dxa"/>
            </w:tcMar>
            <w:vAlign w:val="center"/>
          </w:tcPr>
          <w:p w14:paraId="1D6648E1" w14:textId="77777777" w:rsidR="003E2A5F" w:rsidRDefault="00901515">
            <w:r>
              <w:rPr>
                <w:b/>
                <w:color w:val="FFFFFF"/>
                <w:sz w:val="19"/>
              </w:rPr>
              <w:t>Activity or milestone</w:t>
            </w:r>
          </w:p>
        </w:tc>
        <w:tc>
          <w:tcPr>
            <w:tcW w:w="2232" w:type="dxa"/>
            <w:shd w:val="clear" w:color="auto" w:fill="008064"/>
            <w:tcMar>
              <w:top w:w="90" w:type="dxa"/>
              <w:left w:w="110" w:type="dxa"/>
              <w:bottom w:w="90" w:type="dxa"/>
              <w:right w:w="110" w:type="dxa"/>
            </w:tcMar>
            <w:vAlign w:val="center"/>
          </w:tcPr>
          <w:p w14:paraId="78069D7A" w14:textId="77777777" w:rsidR="003E2A5F" w:rsidRDefault="00901515">
            <w:r>
              <w:rPr>
                <w:b/>
                <w:color w:val="FFFFFF"/>
                <w:sz w:val="19"/>
              </w:rPr>
              <w:t>Anticipated completion</w:t>
            </w:r>
          </w:p>
        </w:tc>
        <w:tc>
          <w:tcPr>
            <w:tcW w:w="3744" w:type="dxa"/>
            <w:shd w:val="clear" w:color="auto" w:fill="008064"/>
            <w:tcMar>
              <w:top w:w="90" w:type="dxa"/>
              <w:left w:w="110" w:type="dxa"/>
              <w:bottom w:w="90" w:type="dxa"/>
              <w:right w:w="110" w:type="dxa"/>
            </w:tcMar>
            <w:vAlign w:val="center"/>
          </w:tcPr>
          <w:p w14:paraId="30D444F0" w14:textId="77777777" w:rsidR="003E2A5F" w:rsidRDefault="00901515">
            <w:r>
              <w:rPr>
                <w:b/>
                <w:color w:val="FFFFFF"/>
                <w:sz w:val="19"/>
              </w:rPr>
              <w:t>Deliverable or evidence of progress</w:t>
            </w:r>
          </w:p>
        </w:tc>
      </w:tr>
      <w:tr w:rsidR="003E2A5F" w14:paraId="7065A504" w14:textId="77777777">
        <w:trPr>
          <w:cantSplit/>
          <w:jc w:val="center"/>
        </w:trPr>
        <w:tc>
          <w:tcPr>
            <w:tcW w:w="3960" w:type="dxa"/>
            <w:shd w:val="clear" w:color="auto" w:fill="FFFFFF"/>
            <w:tcMar>
              <w:top w:w="90" w:type="dxa"/>
              <w:left w:w="110" w:type="dxa"/>
              <w:bottom w:w="90" w:type="dxa"/>
              <w:right w:w="110" w:type="dxa"/>
            </w:tcMar>
            <w:vAlign w:val="center"/>
          </w:tcPr>
          <w:p w14:paraId="7F7FDF52" w14:textId="77777777" w:rsidR="003E2A5F" w:rsidRDefault="00901515">
            <w:r>
              <w:rPr>
                <w:color w:val="4F5B66"/>
                <w:sz w:val="19"/>
              </w:rPr>
              <w:t>[Enter response]</w:t>
            </w:r>
          </w:p>
        </w:tc>
        <w:tc>
          <w:tcPr>
            <w:tcW w:w="2232" w:type="dxa"/>
            <w:shd w:val="clear" w:color="auto" w:fill="FFFFFF"/>
            <w:tcMar>
              <w:top w:w="90" w:type="dxa"/>
              <w:left w:w="110" w:type="dxa"/>
              <w:bottom w:w="90" w:type="dxa"/>
              <w:right w:w="110" w:type="dxa"/>
            </w:tcMar>
            <w:vAlign w:val="center"/>
          </w:tcPr>
          <w:p w14:paraId="67A74B0B" w14:textId="77777777" w:rsidR="003E2A5F" w:rsidRDefault="00901515">
            <w:r>
              <w:rPr>
                <w:color w:val="4F5B66"/>
                <w:sz w:val="19"/>
              </w:rPr>
              <w:t>[Enter response]</w:t>
            </w:r>
          </w:p>
        </w:tc>
        <w:tc>
          <w:tcPr>
            <w:tcW w:w="3744" w:type="dxa"/>
            <w:shd w:val="clear" w:color="auto" w:fill="FFFFFF"/>
            <w:tcMar>
              <w:top w:w="90" w:type="dxa"/>
              <w:left w:w="110" w:type="dxa"/>
              <w:bottom w:w="90" w:type="dxa"/>
              <w:right w:w="110" w:type="dxa"/>
            </w:tcMar>
            <w:vAlign w:val="center"/>
          </w:tcPr>
          <w:p w14:paraId="17F6C163" w14:textId="77777777" w:rsidR="003E2A5F" w:rsidRDefault="00901515">
            <w:r>
              <w:rPr>
                <w:color w:val="4F5B66"/>
                <w:sz w:val="19"/>
              </w:rPr>
              <w:t>[Enter response]</w:t>
            </w:r>
          </w:p>
        </w:tc>
      </w:tr>
      <w:tr w:rsidR="003E2A5F" w14:paraId="583F15D5" w14:textId="77777777">
        <w:trPr>
          <w:cantSplit/>
          <w:jc w:val="center"/>
        </w:trPr>
        <w:tc>
          <w:tcPr>
            <w:tcW w:w="3960" w:type="dxa"/>
            <w:shd w:val="clear" w:color="auto" w:fill="F2F4F6"/>
            <w:tcMar>
              <w:top w:w="90" w:type="dxa"/>
              <w:left w:w="110" w:type="dxa"/>
              <w:bottom w:w="90" w:type="dxa"/>
              <w:right w:w="110" w:type="dxa"/>
            </w:tcMar>
            <w:vAlign w:val="center"/>
          </w:tcPr>
          <w:p w14:paraId="0678712F" w14:textId="77777777" w:rsidR="003E2A5F" w:rsidRDefault="00901515">
            <w:r>
              <w:rPr>
                <w:color w:val="4F5B66"/>
                <w:sz w:val="19"/>
              </w:rPr>
              <w:t>[Enter response]</w:t>
            </w:r>
          </w:p>
        </w:tc>
        <w:tc>
          <w:tcPr>
            <w:tcW w:w="2232" w:type="dxa"/>
            <w:shd w:val="clear" w:color="auto" w:fill="F2F4F6"/>
            <w:tcMar>
              <w:top w:w="90" w:type="dxa"/>
              <w:left w:w="110" w:type="dxa"/>
              <w:bottom w:w="90" w:type="dxa"/>
              <w:right w:w="110" w:type="dxa"/>
            </w:tcMar>
            <w:vAlign w:val="center"/>
          </w:tcPr>
          <w:p w14:paraId="559ACCBF" w14:textId="77777777" w:rsidR="003E2A5F" w:rsidRDefault="00901515">
            <w:r>
              <w:rPr>
                <w:color w:val="4F5B66"/>
                <w:sz w:val="19"/>
              </w:rPr>
              <w:t>[Enter response]</w:t>
            </w:r>
          </w:p>
        </w:tc>
        <w:tc>
          <w:tcPr>
            <w:tcW w:w="3744" w:type="dxa"/>
            <w:shd w:val="clear" w:color="auto" w:fill="F2F4F6"/>
            <w:tcMar>
              <w:top w:w="90" w:type="dxa"/>
              <w:left w:w="110" w:type="dxa"/>
              <w:bottom w:w="90" w:type="dxa"/>
              <w:right w:w="110" w:type="dxa"/>
            </w:tcMar>
            <w:vAlign w:val="center"/>
          </w:tcPr>
          <w:p w14:paraId="2EADAFD4" w14:textId="77777777" w:rsidR="003E2A5F" w:rsidRDefault="00901515">
            <w:r>
              <w:rPr>
                <w:color w:val="4F5B66"/>
                <w:sz w:val="19"/>
              </w:rPr>
              <w:t>[Enter response]</w:t>
            </w:r>
          </w:p>
        </w:tc>
      </w:tr>
      <w:tr w:rsidR="003E2A5F" w14:paraId="1AE07B7D" w14:textId="77777777">
        <w:trPr>
          <w:cantSplit/>
          <w:jc w:val="center"/>
        </w:trPr>
        <w:tc>
          <w:tcPr>
            <w:tcW w:w="3960" w:type="dxa"/>
            <w:shd w:val="clear" w:color="auto" w:fill="FFFFFF"/>
            <w:tcMar>
              <w:top w:w="90" w:type="dxa"/>
              <w:left w:w="110" w:type="dxa"/>
              <w:bottom w:w="90" w:type="dxa"/>
              <w:right w:w="110" w:type="dxa"/>
            </w:tcMar>
            <w:vAlign w:val="center"/>
          </w:tcPr>
          <w:p w14:paraId="0735609A" w14:textId="77777777" w:rsidR="003E2A5F" w:rsidRDefault="00901515">
            <w:r>
              <w:rPr>
                <w:color w:val="4F5B66"/>
                <w:sz w:val="19"/>
              </w:rPr>
              <w:t>[Enter response]</w:t>
            </w:r>
          </w:p>
        </w:tc>
        <w:tc>
          <w:tcPr>
            <w:tcW w:w="2232" w:type="dxa"/>
            <w:shd w:val="clear" w:color="auto" w:fill="FFFFFF"/>
            <w:tcMar>
              <w:top w:w="90" w:type="dxa"/>
              <w:left w:w="110" w:type="dxa"/>
              <w:bottom w:w="90" w:type="dxa"/>
              <w:right w:w="110" w:type="dxa"/>
            </w:tcMar>
            <w:vAlign w:val="center"/>
          </w:tcPr>
          <w:p w14:paraId="25C7ADB8" w14:textId="77777777" w:rsidR="003E2A5F" w:rsidRDefault="00901515">
            <w:r>
              <w:rPr>
                <w:color w:val="4F5B66"/>
                <w:sz w:val="19"/>
              </w:rPr>
              <w:t>[Enter response]</w:t>
            </w:r>
          </w:p>
        </w:tc>
        <w:tc>
          <w:tcPr>
            <w:tcW w:w="3744" w:type="dxa"/>
            <w:shd w:val="clear" w:color="auto" w:fill="FFFFFF"/>
            <w:tcMar>
              <w:top w:w="90" w:type="dxa"/>
              <w:left w:w="110" w:type="dxa"/>
              <w:bottom w:w="90" w:type="dxa"/>
              <w:right w:w="110" w:type="dxa"/>
            </w:tcMar>
            <w:vAlign w:val="center"/>
          </w:tcPr>
          <w:p w14:paraId="7860210A" w14:textId="77777777" w:rsidR="003E2A5F" w:rsidRDefault="00901515">
            <w:r>
              <w:rPr>
                <w:color w:val="4F5B66"/>
                <w:sz w:val="19"/>
              </w:rPr>
              <w:t>[Enter response]</w:t>
            </w:r>
          </w:p>
        </w:tc>
      </w:tr>
      <w:tr w:rsidR="003E2A5F" w14:paraId="05917EF9" w14:textId="77777777">
        <w:trPr>
          <w:cantSplit/>
          <w:jc w:val="center"/>
        </w:trPr>
        <w:tc>
          <w:tcPr>
            <w:tcW w:w="3960" w:type="dxa"/>
            <w:shd w:val="clear" w:color="auto" w:fill="F2F4F6"/>
            <w:tcMar>
              <w:top w:w="90" w:type="dxa"/>
              <w:left w:w="110" w:type="dxa"/>
              <w:bottom w:w="90" w:type="dxa"/>
              <w:right w:w="110" w:type="dxa"/>
            </w:tcMar>
            <w:vAlign w:val="center"/>
          </w:tcPr>
          <w:p w14:paraId="30EE31D1" w14:textId="77777777" w:rsidR="003E2A5F" w:rsidRDefault="00901515">
            <w:r>
              <w:rPr>
                <w:color w:val="4F5B66"/>
                <w:sz w:val="19"/>
              </w:rPr>
              <w:t>[Enter response]</w:t>
            </w:r>
          </w:p>
        </w:tc>
        <w:tc>
          <w:tcPr>
            <w:tcW w:w="2232" w:type="dxa"/>
            <w:shd w:val="clear" w:color="auto" w:fill="F2F4F6"/>
            <w:tcMar>
              <w:top w:w="90" w:type="dxa"/>
              <w:left w:w="110" w:type="dxa"/>
              <w:bottom w:w="90" w:type="dxa"/>
              <w:right w:w="110" w:type="dxa"/>
            </w:tcMar>
            <w:vAlign w:val="center"/>
          </w:tcPr>
          <w:p w14:paraId="3CF9FCBD" w14:textId="77777777" w:rsidR="003E2A5F" w:rsidRDefault="00901515">
            <w:r>
              <w:rPr>
                <w:color w:val="4F5B66"/>
                <w:sz w:val="19"/>
              </w:rPr>
              <w:t>[Enter response]</w:t>
            </w:r>
          </w:p>
        </w:tc>
        <w:tc>
          <w:tcPr>
            <w:tcW w:w="3744" w:type="dxa"/>
            <w:shd w:val="clear" w:color="auto" w:fill="F2F4F6"/>
            <w:tcMar>
              <w:top w:w="90" w:type="dxa"/>
              <w:left w:w="110" w:type="dxa"/>
              <w:bottom w:w="90" w:type="dxa"/>
              <w:right w:w="110" w:type="dxa"/>
            </w:tcMar>
            <w:vAlign w:val="center"/>
          </w:tcPr>
          <w:p w14:paraId="5D61A205" w14:textId="77777777" w:rsidR="003E2A5F" w:rsidRDefault="00901515">
            <w:r>
              <w:rPr>
                <w:color w:val="4F5B66"/>
                <w:sz w:val="19"/>
              </w:rPr>
              <w:t>[Enter response]</w:t>
            </w:r>
          </w:p>
        </w:tc>
      </w:tr>
      <w:tr w:rsidR="003E2A5F" w14:paraId="237B5B93" w14:textId="77777777">
        <w:trPr>
          <w:cantSplit/>
          <w:jc w:val="center"/>
        </w:trPr>
        <w:tc>
          <w:tcPr>
            <w:tcW w:w="3960" w:type="dxa"/>
            <w:shd w:val="clear" w:color="auto" w:fill="FFFFFF"/>
            <w:tcMar>
              <w:top w:w="90" w:type="dxa"/>
              <w:left w:w="110" w:type="dxa"/>
              <w:bottom w:w="90" w:type="dxa"/>
              <w:right w:w="110" w:type="dxa"/>
            </w:tcMar>
            <w:vAlign w:val="center"/>
          </w:tcPr>
          <w:p w14:paraId="39C0D22D" w14:textId="77777777" w:rsidR="003E2A5F" w:rsidRDefault="00901515">
            <w:r>
              <w:rPr>
                <w:color w:val="4F5B66"/>
                <w:sz w:val="19"/>
              </w:rPr>
              <w:t>[Enter response]</w:t>
            </w:r>
          </w:p>
        </w:tc>
        <w:tc>
          <w:tcPr>
            <w:tcW w:w="2232" w:type="dxa"/>
            <w:shd w:val="clear" w:color="auto" w:fill="FFFFFF"/>
            <w:tcMar>
              <w:top w:w="90" w:type="dxa"/>
              <w:left w:w="110" w:type="dxa"/>
              <w:bottom w:w="90" w:type="dxa"/>
              <w:right w:w="110" w:type="dxa"/>
            </w:tcMar>
            <w:vAlign w:val="center"/>
          </w:tcPr>
          <w:p w14:paraId="354BD945" w14:textId="77777777" w:rsidR="003E2A5F" w:rsidRDefault="00901515">
            <w:r>
              <w:rPr>
                <w:color w:val="4F5B66"/>
                <w:sz w:val="19"/>
              </w:rPr>
              <w:t>[Enter response]</w:t>
            </w:r>
          </w:p>
        </w:tc>
        <w:tc>
          <w:tcPr>
            <w:tcW w:w="3744" w:type="dxa"/>
            <w:shd w:val="clear" w:color="auto" w:fill="FFFFFF"/>
            <w:tcMar>
              <w:top w:w="90" w:type="dxa"/>
              <w:left w:w="110" w:type="dxa"/>
              <w:bottom w:w="90" w:type="dxa"/>
              <w:right w:w="110" w:type="dxa"/>
            </w:tcMar>
            <w:vAlign w:val="center"/>
          </w:tcPr>
          <w:p w14:paraId="39DB0C80" w14:textId="77777777" w:rsidR="003E2A5F" w:rsidRDefault="00901515">
            <w:r>
              <w:rPr>
                <w:color w:val="4F5B66"/>
                <w:sz w:val="19"/>
              </w:rPr>
              <w:t>[Enter response]</w:t>
            </w:r>
          </w:p>
        </w:tc>
      </w:tr>
    </w:tbl>
    <w:p w14:paraId="4E74DE68" w14:textId="77777777" w:rsidR="003E2A5F" w:rsidRDefault="00901515">
      <w:r>
        <w:br w:type="page"/>
      </w:r>
    </w:p>
    <w:p w14:paraId="74852AF9" w14:textId="77777777" w:rsidR="003E2A5F" w:rsidRPr="00633FDA" w:rsidRDefault="00901515">
      <w:pPr>
        <w:pStyle w:val="Heading1"/>
        <w:rPr>
          <w:color w:val="004E38"/>
        </w:rPr>
      </w:pPr>
      <w:proofErr w:type="gramStart"/>
      <w:r w:rsidRPr="00633FDA">
        <w:rPr>
          <w:color w:val="004E38"/>
        </w:rPr>
        <w:lastRenderedPageBreak/>
        <w:t>7  Project</w:t>
      </w:r>
      <w:proofErr w:type="gramEnd"/>
      <w:r w:rsidRPr="00633FDA">
        <w:rPr>
          <w:color w:val="004E38"/>
        </w:rPr>
        <w:t xml:space="preserve"> Budget</w:t>
      </w:r>
    </w:p>
    <w:p w14:paraId="33CE8194" w14:textId="77777777" w:rsidR="003E2A5F" w:rsidRDefault="00901515">
      <w:pPr>
        <w:spacing w:after="160"/>
        <w:ind w:left="173" w:right="173"/>
      </w:pPr>
      <w:r>
        <w:rPr>
          <w:i/>
          <w:color w:val="4F5B66"/>
          <w:sz w:val="19"/>
        </w:rPr>
        <w:t>Provide a concise budget for the professional development funds associated with the project. The total request may not exceed $500. Every expense must include a clear project-related justification. Do not include release time in this budget.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331"/>
        <w:gridCol w:w="3331"/>
        <w:gridCol w:w="5256"/>
      </w:tblGrid>
      <w:tr w:rsidR="003E2A5F" w14:paraId="26A889BE" w14:textId="77777777" w:rsidTr="00633FDA">
        <w:trPr>
          <w:tblHeader/>
          <w:jc w:val="center"/>
        </w:trPr>
        <w:tc>
          <w:tcPr>
            <w:tcW w:w="3240" w:type="dxa"/>
            <w:shd w:val="clear" w:color="auto" w:fill="008064"/>
            <w:tcMar>
              <w:top w:w="90" w:type="dxa"/>
              <w:left w:w="110" w:type="dxa"/>
              <w:bottom w:w="90" w:type="dxa"/>
              <w:right w:w="110" w:type="dxa"/>
            </w:tcMar>
            <w:vAlign w:val="center"/>
          </w:tcPr>
          <w:p w14:paraId="144DCCA1" w14:textId="77777777" w:rsidR="003E2A5F" w:rsidRDefault="00901515">
            <w:r>
              <w:rPr>
                <w:b/>
                <w:color w:val="FFFFFF"/>
                <w:sz w:val="19"/>
              </w:rPr>
              <w:t>Expense category or item</w:t>
            </w:r>
          </w:p>
        </w:tc>
        <w:tc>
          <w:tcPr>
            <w:tcW w:w="1440" w:type="dxa"/>
            <w:shd w:val="clear" w:color="auto" w:fill="008064"/>
            <w:tcMar>
              <w:top w:w="90" w:type="dxa"/>
              <w:left w:w="110" w:type="dxa"/>
              <w:bottom w:w="90" w:type="dxa"/>
              <w:right w:w="110" w:type="dxa"/>
            </w:tcMar>
            <w:vAlign w:val="center"/>
          </w:tcPr>
          <w:p w14:paraId="07B0095E" w14:textId="77777777" w:rsidR="003E2A5F" w:rsidRDefault="00901515">
            <w:r>
              <w:rPr>
                <w:b/>
                <w:color w:val="FFFFFF"/>
                <w:sz w:val="19"/>
              </w:rPr>
              <w:t>Amount</w:t>
            </w:r>
          </w:p>
        </w:tc>
        <w:tc>
          <w:tcPr>
            <w:tcW w:w="5256" w:type="dxa"/>
            <w:shd w:val="clear" w:color="auto" w:fill="008064"/>
            <w:tcMar>
              <w:top w:w="90" w:type="dxa"/>
              <w:left w:w="110" w:type="dxa"/>
              <w:bottom w:w="90" w:type="dxa"/>
              <w:right w:w="110" w:type="dxa"/>
            </w:tcMar>
            <w:vAlign w:val="center"/>
          </w:tcPr>
          <w:p w14:paraId="07641C91" w14:textId="77777777" w:rsidR="003E2A5F" w:rsidRDefault="00901515">
            <w:r>
              <w:rPr>
                <w:b/>
                <w:color w:val="FFFFFF"/>
                <w:sz w:val="19"/>
              </w:rPr>
              <w:t>Justification</w:t>
            </w:r>
          </w:p>
        </w:tc>
      </w:tr>
      <w:tr w:rsidR="003E2A5F" w14:paraId="5AC79BBA" w14:textId="77777777">
        <w:trPr>
          <w:cantSplit/>
          <w:jc w:val="center"/>
        </w:trPr>
        <w:tc>
          <w:tcPr>
            <w:tcW w:w="3240" w:type="dxa"/>
            <w:shd w:val="clear" w:color="auto" w:fill="FFFFFF"/>
            <w:tcMar>
              <w:top w:w="90" w:type="dxa"/>
              <w:left w:w="110" w:type="dxa"/>
              <w:bottom w:w="90" w:type="dxa"/>
              <w:right w:w="110" w:type="dxa"/>
            </w:tcMar>
            <w:vAlign w:val="center"/>
          </w:tcPr>
          <w:p w14:paraId="2AB9182A" w14:textId="0BA57B82" w:rsidR="003E2A5F" w:rsidRPr="005C67D0" w:rsidRDefault="005C67D0">
            <w:pPr>
              <w:rPr>
                <w:color w:val="004E38"/>
              </w:rPr>
            </w:pPr>
            <w:r>
              <w:rPr>
                <w:color w:val="004E38"/>
              </w:rPr>
              <w:t>Supplies and materials</w:t>
            </w:r>
          </w:p>
        </w:tc>
        <w:tc>
          <w:tcPr>
            <w:tcW w:w="1440" w:type="dxa"/>
            <w:shd w:val="clear" w:color="auto" w:fill="FFFFFF"/>
            <w:tcMar>
              <w:top w:w="90" w:type="dxa"/>
              <w:left w:w="110" w:type="dxa"/>
              <w:bottom w:w="90" w:type="dxa"/>
              <w:right w:w="110" w:type="dxa"/>
            </w:tcMar>
            <w:vAlign w:val="center"/>
          </w:tcPr>
          <w:p w14:paraId="19E0CA71" w14:textId="77777777" w:rsidR="003E2A5F" w:rsidRDefault="00901515">
            <w:r>
              <w:rPr>
                <w:color w:val="4F5B66"/>
                <w:sz w:val="19"/>
              </w:rPr>
              <w:t>$ [ ]</w:t>
            </w:r>
          </w:p>
        </w:tc>
        <w:tc>
          <w:tcPr>
            <w:tcW w:w="5256" w:type="dxa"/>
            <w:shd w:val="clear" w:color="auto" w:fill="FFFFFF"/>
            <w:tcMar>
              <w:top w:w="90" w:type="dxa"/>
              <w:left w:w="110" w:type="dxa"/>
              <w:bottom w:w="90" w:type="dxa"/>
              <w:right w:w="110" w:type="dxa"/>
            </w:tcMar>
            <w:vAlign w:val="center"/>
          </w:tcPr>
          <w:p w14:paraId="5FC319F4" w14:textId="77777777" w:rsidR="003E2A5F" w:rsidRDefault="00901515">
            <w:r>
              <w:rPr>
                <w:color w:val="4F5B66"/>
                <w:sz w:val="19"/>
              </w:rPr>
              <w:t>[Explain how this expense supports the project]</w:t>
            </w:r>
          </w:p>
        </w:tc>
      </w:tr>
      <w:tr w:rsidR="003E2A5F" w14:paraId="793B0939" w14:textId="77777777">
        <w:trPr>
          <w:cantSplit/>
          <w:jc w:val="center"/>
        </w:trPr>
        <w:tc>
          <w:tcPr>
            <w:tcW w:w="3240" w:type="dxa"/>
            <w:shd w:val="clear" w:color="auto" w:fill="F2F4F6"/>
            <w:tcMar>
              <w:top w:w="90" w:type="dxa"/>
              <w:left w:w="110" w:type="dxa"/>
              <w:bottom w:w="90" w:type="dxa"/>
              <w:right w:w="110" w:type="dxa"/>
            </w:tcMar>
            <w:vAlign w:val="center"/>
          </w:tcPr>
          <w:p w14:paraId="36AE129A" w14:textId="2F7F69CB" w:rsidR="003E2A5F" w:rsidRPr="005C67D0" w:rsidRDefault="005C67D0">
            <w:pPr>
              <w:rPr>
                <w:color w:val="004E38"/>
              </w:rPr>
            </w:pPr>
            <w:r>
              <w:rPr>
                <w:color w:val="004E38"/>
              </w:rPr>
              <w:t>Travel</w:t>
            </w:r>
          </w:p>
        </w:tc>
        <w:tc>
          <w:tcPr>
            <w:tcW w:w="1440" w:type="dxa"/>
            <w:shd w:val="clear" w:color="auto" w:fill="F2F4F6"/>
            <w:tcMar>
              <w:top w:w="90" w:type="dxa"/>
              <w:left w:w="110" w:type="dxa"/>
              <w:bottom w:w="90" w:type="dxa"/>
              <w:right w:w="110" w:type="dxa"/>
            </w:tcMar>
            <w:vAlign w:val="center"/>
          </w:tcPr>
          <w:p w14:paraId="4F0C643A" w14:textId="77777777" w:rsidR="003E2A5F" w:rsidRDefault="00901515">
            <w:r>
              <w:rPr>
                <w:color w:val="4F5B66"/>
                <w:sz w:val="19"/>
              </w:rPr>
              <w:t>$ [ ]</w:t>
            </w:r>
          </w:p>
        </w:tc>
        <w:tc>
          <w:tcPr>
            <w:tcW w:w="5256" w:type="dxa"/>
            <w:shd w:val="clear" w:color="auto" w:fill="F2F4F6"/>
            <w:tcMar>
              <w:top w:w="90" w:type="dxa"/>
              <w:left w:w="110" w:type="dxa"/>
              <w:bottom w:w="90" w:type="dxa"/>
              <w:right w:w="110" w:type="dxa"/>
            </w:tcMar>
            <w:vAlign w:val="center"/>
          </w:tcPr>
          <w:p w14:paraId="296DED72" w14:textId="77777777" w:rsidR="003E2A5F" w:rsidRDefault="00901515">
            <w:r>
              <w:rPr>
                <w:color w:val="4F5B66"/>
                <w:sz w:val="19"/>
              </w:rPr>
              <w:t>[Explain how this expense supports the project]</w:t>
            </w:r>
          </w:p>
        </w:tc>
      </w:tr>
      <w:tr w:rsidR="003E2A5F" w14:paraId="5EE98C73" w14:textId="77777777">
        <w:trPr>
          <w:cantSplit/>
          <w:jc w:val="center"/>
        </w:trPr>
        <w:tc>
          <w:tcPr>
            <w:tcW w:w="3240" w:type="dxa"/>
            <w:shd w:val="clear" w:color="auto" w:fill="FFFFFF"/>
            <w:tcMar>
              <w:top w:w="90" w:type="dxa"/>
              <w:left w:w="110" w:type="dxa"/>
              <w:bottom w:w="90" w:type="dxa"/>
              <w:right w:w="110" w:type="dxa"/>
            </w:tcMar>
            <w:vAlign w:val="center"/>
          </w:tcPr>
          <w:p w14:paraId="68DDD59A" w14:textId="7EC44775" w:rsidR="003E2A5F" w:rsidRPr="005C67D0" w:rsidRDefault="005C67D0">
            <w:pPr>
              <w:rPr>
                <w:color w:val="004E38"/>
              </w:rPr>
            </w:pPr>
            <w:r>
              <w:rPr>
                <w:color w:val="004E38"/>
              </w:rPr>
              <w:t>Student assistance</w:t>
            </w:r>
          </w:p>
        </w:tc>
        <w:tc>
          <w:tcPr>
            <w:tcW w:w="1440" w:type="dxa"/>
            <w:shd w:val="clear" w:color="auto" w:fill="FFFFFF"/>
            <w:tcMar>
              <w:top w:w="90" w:type="dxa"/>
              <w:left w:w="110" w:type="dxa"/>
              <w:bottom w:w="90" w:type="dxa"/>
              <w:right w:w="110" w:type="dxa"/>
            </w:tcMar>
            <w:vAlign w:val="center"/>
          </w:tcPr>
          <w:p w14:paraId="21586591" w14:textId="77777777" w:rsidR="003E2A5F" w:rsidRDefault="00901515">
            <w:r>
              <w:rPr>
                <w:color w:val="4F5B66"/>
                <w:sz w:val="19"/>
              </w:rPr>
              <w:t>$ [ ]</w:t>
            </w:r>
          </w:p>
        </w:tc>
        <w:tc>
          <w:tcPr>
            <w:tcW w:w="5256" w:type="dxa"/>
            <w:shd w:val="clear" w:color="auto" w:fill="FFFFFF"/>
            <w:tcMar>
              <w:top w:w="90" w:type="dxa"/>
              <w:left w:w="110" w:type="dxa"/>
              <w:bottom w:w="90" w:type="dxa"/>
              <w:right w:w="110" w:type="dxa"/>
            </w:tcMar>
            <w:vAlign w:val="center"/>
          </w:tcPr>
          <w:p w14:paraId="573D1F60" w14:textId="77777777" w:rsidR="003E2A5F" w:rsidRDefault="00901515">
            <w:r>
              <w:rPr>
                <w:color w:val="4F5B66"/>
                <w:sz w:val="19"/>
              </w:rPr>
              <w:t>[Explain how this expense supports the project]</w:t>
            </w:r>
          </w:p>
        </w:tc>
      </w:tr>
      <w:tr w:rsidR="003E2A5F" w14:paraId="708738D4" w14:textId="77777777">
        <w:trPr>
          <w:cantSplit/>
          <w:jc w:val="center"/>
        </w:trPr>
        <w:tc>
          <w:tcPr>
            <w:tcW w:w="3240" w:type="dxa"/>
            <w:shd w:val="clear" w:color="auto" w:fill="F2F4F6"/>
            <w:tcMar>
              <w:top w:w="90" w:type="dxa"/>
              <w:left w:w="110" w:type="dxa"/>
              <w:bottom w:w="90" w:type="dxa"/>
              <w:right w:w="110" w:type="dxa"/>
            </w:tcMar>
            <w:vAlign w:val="center"/>
          </w:tcPr>
          <w:p w14:paraId="40BE0B2B" w14:textId="512B1CD7" w:rsidR="003E2A5F" w:rsidRPr="005C67D0" w:rsidRDefault="005C67D0">
            <w:pPr>
              <w:rPr>
                <w:color w:val="004E38"/>
              </w:rPr>
            </w:pPr>
            <w:r>
              <w:rPr>
                <w:color w:val="004E38"/>
              </w:rPr>
              <w:t>Equipment</w:t>
            </w:r>
          </w:p>
        </w:tc>
        <w:tc>
          <w:tcPr>
            <w:tcW w:w="1440" w:type="dxa"/>
            <w:shd w:val="clear" w:color="auto" w:fill="F2F4F6"/>
            <w:tcMar>
              <w:top w:w="90" w:type="dxa"/>
              <w:left w:w="110" w:type="dxa"/>
              <w:bottom w:w="90" w:type="dxa"/>
              <w:right w:w="110" w:type="dxa"/>
            </w:tcMar>
            <w:vAlign w:val="center"/>
          </w:tcPr>
          <w:p w14:paraId="55BF3FF8" w14:textId="77777777" w:rsidR="003E2A5F" w:rsidRDefault="00901515">
            <w:r>
              <w:rPr>
                <w:color w:val="4F5B66"/>
                <w:sz w:val="19"/>
              </w:rPr>
              <w:t>$ [ ]</w:t>
            </w:r>
          </w:p>
        </w:tc>
        <w:tc>
          <w:tcPr>
            <w:tcW w:w="5256" w:type="dxa"/>
            <w:shd w:val="clear" w:color="auto" w:fill="F2F4F6"/>
            <w:tcMar>
              <w:top w:w="90" w:type="dxa"/>
              <w:left w:w="110" w:type="dxa"/>
              <w:bottom w:w="90" w:type="dxa"/>
              <w:right w:w="110" w:type="dxa"/>
            </w:tcMar>
            <w:vAlign w:val="center"/>
          </w:tcPr>
          <w:p w14:paraId="2505F4A6" w14:textId="77777777" w:rsidR="003E2A5F" w:rsidRDefault="00901515">
            <w:r>
              <w:rPr>
                <w:color w:val="4F5B66"/>
                <w:sz w:val="19"/>
              </w:rPr>
              <w:t>[Explain how this expense supports the project]</w:t>
            </w:r>
          </w:p>
        </w:tc>
      </w:tr>
      <w:tr w:rsidR="003E2A5F" w14:paraId="5FF61825" w14:textId="77777777">
        <w:trPr>
          <w:cantSplit/>
          <w:jc w:val="center"/>
        </w:trPr>
        <w:tc>
          <w:tcPr>
            <w:tcW w:w="3240" w:type="dxa"/>
            <w:shd w:val="clear" w:color="auto" w:fill="FFFFFF"/>
            <w:tcMar>
              <w:top w:w="90" w:type="dxa"/>
              <w:left w:w="110" w:type="dxa"/>
              <w:bottom w:w="90" w:type="dxa"/>
              <w:right w:w="110" w:type="dxa"/>
            </w:tcMar>
            <w:vAlign w:val="center"/>
          </w:tcPr>
          <w:p w14:paraId="0E9C0385" w14:textId="332084CB" w:rsidR="003E2A5F" w:rsidRPr="005C67D0" w:rsidRDefault="005C67D0">
            <w:pPr>
              <w:rPr>
                <w:color w:val="004E38"/>
              </w:rPr>
            </w:pPr>
            <w:r>
              <w:rPr>
                <w:color w:val="004E38"/>
              </w:rPr>
              <w:t>Publication or dissemination</w:t>
            </w:r>
          </w:p>
        </w:tc>
        <w:tc>
          <w:tcPr>
            <w:tcW w:w="1440" w:type="dxa"/>
            <w:shd w:val="clear" w:color="auto" w:fill="FFFFFF"/>
            <w:tcMar>
              <w:top w:w="90" w:type="dxa"/>
              <w:left w:w="110" w:type="dxa"/>
              <w:bottom w:w="90" w:type="dxa"/>
              <w:right w:w="110" w:type="dxa"/>
            </w:tcMar>
            <w:vAlign w:val="center"/>
          </w:tcPr>
          <w:p w14:paraId="123FCB61" w14:textId="77777777" w:rsidR="003E2A5F" w:rsidRDefault="00901515">
            <w:r>
              <w:rPr>
                <w:color w:val="4F5B66"/>
                <w:sz w:val="19"/>
              </w:rPr>
              <w:t>$ [ ]</w:t>
            </w:r>
          </w:p>
        </w:tc>
        <w:tc>
          <w:tcPr>
            <w:tcW w:w="5256" w:type="dxa"/>
            <w:shd w:val="clear" w:color="auto" w:fill="FFFFFF"/>
            <w:tcMar>
              <w:top w:w="90" w:type="dxa"/>
              <w:left w:w="110" w:type="dxa"/>
              <w:bottom w:w="90" w:type="dxa"/>
              <w:right w:w="110" w:type="dxa"/>
            </w:tcMar>
            <w:vAlign w:val="center"/>
          </w:tcPr>
          <w:p w14:paraId="3469F559" w14:textId="77777777" w:rsidR="003E2A5F" w:rsidRDefault="00901515">
            <w:r>
              <w:rPr>
                <w:color w:val="4F5B66"/>
                <w:sz w:val="19"/>
              </w:rPr>
              <w:t>[Explain how this expense supports the project]</w:t>
            </w:r>
          </w:p>
        </w:tc>
      </w:tr>
      <w:tr w:rsidR="003E2A5F" w14:paraId="3BC50A3F" w14:textId="77777777">
        <w:trPr>
          <w:cantSplit/>
          <w:jc w:val="center"/>
        </w:trPr>
        <w:tc>
          <w:tcPr>
            <w:tcW w:w="3240" w:type="dxa"/>
            <w:shd w:val="clear" w:color="auto" w:fill="F2F4F6"/>
            <w:tcMar>
              <w:top w:w="90" w:type="dxa"/>
              <w:left w:w="110" w:type="dxa"/>
              <w:bottom w:w="90" w:type="dxa"/>
              <w:right w:w="110" w:type="dxa"/>
            </w:tcMar>
            <w:vAlign w:val="center"/>
          </w:tcPr>
          <w:p w14:paraId="7F0921D9" w14:textId="189786D8" w:rsidR="003E2A5F" w:rsidRDefault="005C67D0">
            <w:r w:rsidRPr="005C67D0">
              <w:rPr>
                <w:color w:val="004E38"/>
              </w:rPr>
              <w:t>Other</w:t>
            </w:r>
          </w:p>
        </w:tc>
        <w:tc>
          <w:tcPr>
            <w:tcW w:w="1440" w:type="dxa"/>
            <w:shd w:val="clear" w:color="auto" w:fill="F2F4F6"/>
            <w:tcMar>
              <w:top w:w="90" w:type="dxa"/>
              <w:left w:w="110" w:type="dxa"/>
              <w:bottom w:w="90" w:type="dxa"/>
              <w:right w:w="110" w:type="dxa"/>
            </w:tcMar>
            <w:vAlign w:val="center"/>
          </w:tcPr>
          <w:p w14:paraId="1C647CF1" w14:textId="77777777" w:rsidR="003E2A5F" w:rsidRDefault="00901515">
            <w:r>
              <w:rPr>
                <w:color w:val="4F5B66"/>
                <w:sz w:val="19"/>
              </w:rPr>
              <w:t>$ [ ]</w:t>
            </w:r>
          </w:p>
        </w:tc>
        <w:tc>
          <w:tcPr>
            <w:tcW w:w="5256" w:type="dxa"/>
            <w:shd w:val="clear" w:color="auto" w:fill="F2F4F6"/>
            <w:tcMar>
              <w:top w:w="90" w:type="dxa"/>
              <w:left w:w="110" w:type="dxa"/>
              <w:bottom w:w="90" w:type="dxa"/>
              <w:right w:w="110" w:type="dxa"/>
            </w:tcMar>
            <w:vAlign w:val="center"/>
          </w:tcPr>
          <w:p w14:paraId="5619EDCF" w14:textId="77777777" w:rsidR="003E2A5F" w:rsidRDefault="00901515">
            <w:r>
              <w:rPr>
                <w:color w:val="4F5B66"/>
                <w:sz w:val="19"/>
              </w:rPr>
              <w:t>[Explain how this expense supports the project]</w:t>
            </w:r>
          </w:p>
        </w:tc>
      </w:tr>
      <w:tr w:rsidR="003E2A5F" w14:paraId="6CDB4387" w14:textId="77777777" w:rsidTr="00633FDA">
        <w:trPr>
          <w:cantSplit/>
          <w:jc w:val="center"/>
        </w:trPr>
        <w:tc>
          <w:tcPr>
            <w:tcW w:w="3331" w:type="dxa"/>
            <w:shd w:val="clear" w:color="auto" w:fill="DDFFF8"/>
            <w:tcMar>
              <w:top w:w="90" w:type="dxa"/>
              <w:left w:w="110" w:type="dxa"/>
              <w:bottom w:w="90" w:type="dxa"/>
              <w:right w:w="110" w:type="dxa"/>
            </w:tcMar>
            <w:vAlign w:val="center"/>
          </w:tcPr>
          <w:p w14:paraId="1126E9E2" w14:textId="77777777" w:rsidR="003E2A5F" w:rsidRPr="00633FDA" w:rsidRDefault="00901515">
            <w:pPr>
              <w:rPr>
                <w:color w:val="004E38"/>
              </w:rPr>
            </w:pPr>
            <w:r w:rsidRPr="00633FDA">
              <w:rPr>
                <w:b/>
                <w:color w:val="004E38"/>
                <w:sz w:val="19"/>
              </w:rPr>
              <w:t>TOTAL REQUESTED</w:t>
            </w:r>
          </w:p>
        </w:tc>
        <w:tc>
          <w:tcPr>
            <w:tcW w:w="3331" w:type="dxa"/>
            <w:shd w:val="clear" w:color="auto" w:fill="DDFFF8"/>
            <w:tcMar>
              <w:top w:w="90" w:type="dxa"/>
              <w:left w:w="110" w:type="dxa"/>
              <w:bottom w:w="90" w:type="dxa"/>
              <w:right w:w="110" w:type="dxa"/>
            </w:tcMar>
            <w:vAlign w:val="center"/>
          </w:tcPr>
          <w:p w14:paraId="1CE73229" w14:textId="77777777" w:rsidR="003E2A5F" w:rsidRPr="00633FDA" w:rsidRDefault="00901515">
            <w:pPr>
              <w:rPr>
                <w:color w:val="004E38"/>
              </w:rPr>
            </w:pPr>
            <w:r w:rsidRPr="00633FDA">
              <w:rPr>
                <w:b/>
                <w:color w:val="004E38"/>
                <w:sz w:val="19"/>
              </w:rPr>
              <w:t>$ [ ]</w:t>
            </w:r>
          </w:p>
        </w:tc>
        <w:tc>
          <w:tcPr>
            <w:tcW w:w="3331" w:type="dxa"/>
            <w:shd w:val="clear" w:color="auto" w:fill="DDFFF8"/>
            <w:tcMar>
              <w:top w:w="90" w:type="dxa"/>
              <w:left w:w="110" w:type="dxa"/>
              <w:bottom w:w="90" w:type="dxa"/>
              <w:right w:w="110" w:type="dxa"/>
            </w:tcMar>
            <w:vAlign w:val="center"/>
          </w:tcPr>
          <w:p w14:paraId="6C7C0511" w14:textId="77777777" w:rsidR="003E2A5F" w:rsidRPr="00633FDA" w:rsidRDefault="00901515">
            <w:pPr>
              <w:rPr>
                <w:color w:val="004E38"/>
              </w:rPr>
            </w:pPr>
            <w:r w:rsidRPr="00633FDA">
              <w:rPr>
                <w:b/>
                <w:color w:val="004E38"/>
                <w:sz w:val="19"/>
              </w:rPr>
              <w:t>Must be $500 or less.</w:t>
            </w:r>
          </w:p>
        </w:tc>
      </w:tr>
    </w:tbl>
    <w:p w14:paraId="32BA70AE" w14:textId="77777777" w:rsidR="003E2A5F" w:rsidRPr="00633FDA" w:rsidRDefault="00901515">
      <w:pPr>
        <w:pStyle w:val="Heading2"/>
        <w:rPr>
          <w:color w:val="004E38"/>
        </w:rPr>
      </w:pPr>
      <w:r w:rsidRPr="00633FDA">
        <w:rPr>
          <w:color w:val="004E38"/>
        </w:rPr>
        <w:t>Budget Notes</w:t>
      </w:r>
    </w:p>
    <w:p w14:paraId="35818693" w14:textId="77777777" w:rsidR="003E2A5F" w:rsidRDefault="00901515">
      <w:pPr>
        <w:ind w:left="259" w:hanging="259"/>
      </w:pPr>
      <w:r w:rsidRPr="00633FDA">
        <w:rPr>
          <w:color w:val="004E38"/>
        </w:rPr>
        <w:t xml:space="preserve">• </w:t>
      </w:r>
      <w:r>
        <w:t>The $500 professional development allocation should be used for expenses directly connected to the approved project.</w:t>
      </w:r>
    </w:p>
    <w:p w14:paraId="45147431" w14:textId="77777777" w:rsidR="003E2A5F" w:rsidRDefault="00901515">
      <w:pPr>
        <w:ind w:left="259" w:hanging="259"/>
      </w:pPr>
      <w:r w:rsidRPr="00633FDA">
        <w:rPr>
          <w:color w:val="004E38"/>
        </w:rPr>
        <w:t>•</w:t>
      </w:r>
      <w:r>
        <w:rPr>
          <w:color w:val="2F75B5"/>
        </w:rPr>
        <w:t xml:space="preserve"> </w:t>
      </w:r>
      <w:r>
        <w:t>If requesting travel, identify the destination, purpose, and how the travel enhances the project.</w:t>
      </w:r>
    </w:p>
    <w:p w14:paraId="3CBA5DE2" w14:textId="77777777" w:rsidR="003E2A5F" w:rsidRDefault="00901515">
      <w:pPr>
        <w:ind w:left="259" w:hanging="259"/>
      </w:pPr>
      <w:r w:rsidRPr="00633FDA">
        <w:rPr>
          <w:color w:val="004E38"/>
        </w:rPr>
        <w:t>•</w:t>
      </w:r>
      <w:r>
        <w:rPr>
          <w:color w:val="2F75B5"/>
        </w:rPr>
        <w:t xml:space="preserve"> </w:t>
      </w:r>
      <w:r>
        <w:t>If requesting student assistance, identify the anticipated hours, rate, and work to be completed.</w:t>
      </w:r>
    </w:p>
    <w:p w14:paraId="54B07806" w14:textId="77777777" w:rsidR="003E2A5F" w:rsidRDefault="00901515">
      <w:pPr>
        <w:spacing w:before="240"/>
      </w:pPr>
      <w:r w:rsidRPr="00633FDA">
        <w:rPr>
          <w:b/>
          <w:color w:val="004E38"/>
        </w:rPr>
        <w:t xml:space="preserve">Before uploading: </w:t>
      </w:r>
      <w:r>
        <w:t>Confirm that every section is complete, the total budget does not exceed $500, and all bracketed instructional text has been removed. Upload this proposal PDF with your curriculum vitae and department chair letter of support through Qualtrics.</w:t>
      </w:r>
    </w:p>
    <w:sectPr w:rsidR="003E2A5F" w:rsidSect="00034616">
      <w:headerReference w:type="default" r:id="rId8"/>
      <w:footerReference w:type="default" r:id="rId9"/>
      <w:pgSz w:w="12240" w:h="15840"/>
      <w:pgMar w:top="936" w:right="1123" w:bottom="936" w:left="1123"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1FCB2" w14:textId="77777777" w:rsidR="00E21882" w:rsidRDefault="00E21882">
      <w:pPr>
        <w:spacing w:after="0" w:line="240" w:lineRule="auto"/>
      </w:pPr>
      <w:r>
        <w:separator/>
      </w:r>
    </w:p>
  </w:endnote>
  <w:endnote w:type="continuationSeparator" w:id="0">
    <w:p w14:paraId="18F8B8DF" w14:textId="77777777" w:rsidR="00E21882" w:rsidRDefault="00E21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08EFD" w14:textId="3836BAEB" w:rsidR="003E2A5F" w:rsidRDefault="00901515">
    <w:pPr>
      <w:pStyle w:val="Footer"/>
    </w:pPr>
    <w:r>
      <w:rPr>
        <w:color w:val="4F5B66"/>
        <w:sz w:val="16"/>
      </w:rPr>
      <w:t xml:space="preserve">Sacramento </w:t>
    </w:r>
    <w:proofErr w:type="gramStart"/>
    <w:r>
      <w:rPr>
        <w:color w:val="4F5B66"/>
        <w:sz w:val="16"/>
      </w:rPr>
      <w:t>State  •</w:t>
    </w:r>
    <w:proofErr w:type="gramEnd"/>
    <w:r>
      <w:rPr>
        <w:color w:val="4F5B66"/>
        <w:sz w:val="16"/>
      </w:rPr>
      <w:t xml:space="preserve">  </w:t>
    </w:r>
    <w:r w:rsidR="00E06F45">
      <w:rPr>
        <w:color w:val="4F5B66"/>
        <w:sz w:val="16"/>
      </w:rPr>
      <w:t xml:space="preserve">Office of Graduate Studies </w:t>
    </w:r>
    <w:r w:rsidR="00E06F45">
      <w:rPr>
        <w:color w:val="4F5B66"/>
        <w:sz w:val="16"/>
      </w:rPr>
      <w:t xml:space="preserve">• </w:t>
    </w:r>
    <w:r>
      <w:rPr>
        <w:color w:val="4F5B66"/>
        <w:sz w:val="16"/>
      </w:rPr>
      <w:t>Graduate Excellence &amp; Engagement Program</w:t>
    </w:r>
    <w:r>
      <w:t xml:space="preserve">                                                        Page </w:t>
    </w:r>
    <w:r>
      <w:fldChar w:fldCharType="begin"/>
    </w:r>
    <w:r>
      <w:instrText>PAGE</w:instrText>
    </w:r>
    <w:r>
      <w:fldChar w:fldCharType="separate"/>
    </w:r>
    <w:r w:rsidR="00633FD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35F29" w14:textId="77777777" w:rsidR="00E21882" w:rsidRDefault="00E21882">
      <w:pPr>
        <w:spacing w:after="0" w:line="240" w:lineRule="auto"/>
      </w:pPr>
      <w:r>
        <w:separator/>
      </w:r>
    </w:p>
  </w:footnote>
  <w:footnote w:type="continuationSeparator" w:id="0">
    <w:p w14:paraId="1044385E" w14:textId="77777777" w:rsidR="00E21882" w:rsidRDefault="00E218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0F4" w14:textId="513980F5" w:rsidR="003E2A5F" w:rsidRDefault="00901515">
    <w:pPr>
      <w:pStyle w:val="Header"/>
      <w:jc w:val="right"/>
    </w:pPr>
    <w:r>
      <w:rPr>
        <w:b/>
        <w:color w:val="4F5B66"/>
        <w:sz w:val="16"/>
      </w:rPr>
      <w:t xml:space="preserve">EARLY CAREER FACULTY DEVELOPMENT </w:t>
    </w:r>
    <w:r w:rsidR="005C67D0">
      <w:rPr>
        <w:b/>
        <w:color w:val="4F5B66"/>
        <w:sz w:val="16"/>
      </w:rPr>
      <w:t xml:space="preserve">GRANT </w:t>
    </w:r>
    <w:proofErr w:type="gramStart"/>
    <w:r w:rsidR="005C67D0">
      <w:rPr>
        <w:b/>
        <w:color w:val="4F5B66"/>
        <w:sz w:val="16"/>
      </w:rPr>
      <w:t>|</w:t>
    </w:r>
    <w:r>
      <w:rPr>
        <w:b/>
        <w:color w:val="4F5B66"/>
        <w:sz w:val="16"/>
      </w:rPr>
      <w:t xml:space="preserve">  2026</w:t>
    </w:r>
    <w:proofErr w:type="gramEnd"/>
    <w:r>
      <w:rPr>
        <w:b/>
        <w:color w:val="4F5B66"/>
        <w:sz w:val="16"/>
      </w:rPr>
      <w:t>–27 PROJECT PROPOSAL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3007778">
    <w:abstractNumId w:val="8"/>
  </w:num>
  <w:num w:numId="2" w16cid:durableId="368382944">
    <w:abstractNumId w:val="6"/>
  </w:num>
  <w:num w:numId="3" w16cid:durableId="464198718">
    <w:abstractNumId w:val="5"/>
  </w:num>
  <w:num w:numId="4" w16cid:durableId="246579185">
    <w:abstractNumId w:val="4"/>
  </w:num>
  <w:num w:numId="5" w16cid:durableId="1144586491">
    <w:abstractNumId w:val="7"/>
  </w:num>
  <w:num w:numId="6" w16cid:durableId="1525481933">
    <w:abstractNumId w:val="3"/>
  </w:num>
  <w:num w:numId="7" w16cid:durableId="1888561821">
    <w:abstractNumId w:val="2"/>
  </w:num>
  <w:num w:numId="8" w16cid:durableId="1500462418">
    <w:abstractNumId w:val="1"/>
  </w:num>
  <w:num w:numId="9" w16cid:durableId="1471021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477"/>
    <w:rsid w:val="0015074B"/>
    <w:rsid w:val="00194794"/>
    <w:rsid w:val="0029639D"/>
    <w:rsid w:val="00326F90"/>
    <w:rsid w:val="003743FE"/>
    <w:rsid w:val="003E2A5F"/>
    <w:rsid w:val="005C67D0"/>
    <w:rsid w:val="00611901"/>
    <w:rsid w:val="00633FDA"/>
    <w:rsid w:val="00901515"/>
    <w:rsid w:val="00AA1D8D"/>
    <w:rsid w:val="00AB1A5C"/>
    <w:rsid w:val="00B47730"/>
    <w:rsid w:val="00CB0664"/>
    <w:rsid w:val="00E06F45"/>
    <w:rsid w:val="00E218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D2ECDF"/>
  <w14:defaultImageDpi w14:val="330"/>
  <w15:docId w15:val="{9DDFD33E-FA8D-4401-9AF8-7027A6233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color w:val="000000"/>
      <w:sz w:val="21"/>
    </w:rPr>
  </w:style>
  <w:style w:type="paragraph" w:styleId="Heading1">
    <w:name w:val="heading 1"/>
    <w:basedOn w:val="Normal"/>
    <w:next w:val="Normal"/>
    <w:link w:val="Heading1Char"/>
    <w:uiPriority w:val="9"/>
    <w:qFormat/>
    <w:rsid w:val="00FC693F"/>
    <w:pPr>
      <w:keepNext/>
      <w:keepLines/>
      <w:spacing w:before="32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2F75B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80"/>
    </w:pPr>
    <w:rPr>
      <w:rFonts w:asciiTheme="majorHAnsi" w:eastAsiaTheme="majorEastAsia" w:hAnsiTheme="majorHAnsi" w:cstheme="majorBidi"/>
      <w:i/>
      <w:iCs/>
      <w:color w:val="4F5B6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Santiago Collazo, Luis</cp:lastModifiedBy>
  <cp:revision>4</cp:revision>
  <dcterms:created xsi:type="dcterms:W3CDTF">2026-09-28T23:45:00Z</dcterms:created>
  <dcterms:modified xsi:type="dcterms:W3CDTF">2026-09-30T18:43:00Z</dcterms:modified>
  <cp:category/>
</cp:coreProperties>
</file>